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7DCDC" w14:textId="77777777" w:rsidR="008901C0" w:rsidRPr="008901C0" w:rsidRDefault="008901C0" w:rsidP="008901C0">
      <w:pPr>
        <w:spacing w:after="200" w:line="276" w:lineRule="auto"/>
        <w:rPr>
          <w:lang w:val="cs-CZ"/>
        </w:rPr>
      </w:pPr>
    </w:p>
    <w:p w14:paraId="3950C09C" w14:textId="77777777" w:rsidR="008901C0" w:rsidRPr="008901C0" w:rsidRDefault="008901C0" w:rsidP="008901C0">
      <w:pPr>
        <w:spacing w:after="200" w:line="276" w:lineRule="auto"/>
        <w:rPr>
          <w:lang w:val="cs-CZ"/>
        </w:rPr>
      </w:pPr>
    </w:p>
    <w:p w14:paraId="69F9EE98" w14:textId="77777777" w:rsidR="008901C0" w:rsidRPr="008901C0" w:rsidRDefault="008901C0" w:rsidP="008901C0">
      <w:pPr>
        <w:spacing w:after="200" w:line="276" w:lineRule="auto"/>
        <w:rPr>
          <w:lang w:val="cs-CZ"/>
        </w:rPr>
      </w:pPr>
    </w:p>
    <w:p w14:paraId="344339D3" w14:textId="77777777" w:rsidR="008901C0" w:rsidRPr="008901C0" w:rsidRDefault="008901C0" w:rsidP="008901C0">
      <w:pPr>
        <w:spacing w:after="200" w:line="276" w:lineRule="auto"/>
        <w:rPr>
          <w:lang w:val="cs-CZ"/>
        </w:rPr>
      </w:pPr>
    </w:p>
    <w:p w14:paraId="77011A08" w14:textId="77777777" w:rsidR="008901C0" w:rsidRDefault="008901C0" w:rsidP="008901C0">
      <w:pPr>
        <w:pStyle w:val="Nadpis1"/>
        <w:spacing w:before="0" w:after="120"/>
        <w:jc w:val="center"/>
        <w:rPr>
          <w:spacing w:val="8"/>
          <w:sz w:val="72"/>
          <w:szCs w:val="44"/>
          <w:lang w:val="cs-CZ"/>
        </w:rPr>
      </w:pPr>
    </w:p>
    <w:p w14:paraId="4558A7EB" w14:textId="4FBF3FD8" w:rsidR="008901C0" w:rsidRPr="008901C0" w:rsidRDefault="008901C0" w:rsidP="008901C0">
      <w:pPr>
        <w:pStyle w:val="Nadpis1"/>
        <w:spacing w:before="0" w:after="0" w:line="240" w:lineRule="auto"/>
        <w:jc w:val="center"/>
        <w:rPr>
          <w:rFonts w:ascii="Arial Black" w:hAnsi="Arial Black"/>
          <w:spacing w:val="8"/>
          <w:sz w:val="80"/>
          <w:szCs w:val="80"/>
          <w:lang w:val="cs-CZ"/>
        </w:rPr>
      </w:pPr>
      <w:r w:rsidRPr="008901C0">
        <w:rPr>
          <w:rFonts w:ascii="Arial Black" w:hAnsi="Arial Black"/>
          <w:spacing w:val="8"/>
          <w:sz w:val="80"/>
          <w:szCs w:val="80"/>
          <w:lang w:val="cs-CZ"/>
        </w:rPr>
        <w:t>ŠABLONA BRIEFU</w:t>
      </w:r>
    </w:p>
    <w:p w14:paraId="752EC4F9" w14:textId="77777777" w:rsidR="008901C0" w:rsidRPr="008901C0" w:rsidRDefault="008901C0" w:rsidP="008901C0">
      <w:pPr>
        <w:pStyle w:val="Nadpis1"/>
        <w:spacing w:before="0" w:after="0" w:line="240" w:lineRule="auto"/>
        <w:jc w:val="center"/>
        <w:rPr>
          <w:rFonts w:ascii="Arial Black" w:hAnsi="Arial Black"/>
          <w:spacing w:val="8"/>
          <w:sz w:val="80"/>
          <w:szCs w:val="80"/>
          <w:lang w:val="cs-CZ"/>
        </w:rPr>
      </w:pPr>
      <w:r w:rsidRPr="008901C0">
        <w:rPr>
          <w:rFonts w:ascii="Arial Black" w:hAnsi="Arial Black"/>
          <w:spacing w:val="8"/>
          <w:sz w:val="80"/>
          <w:szCs w:val="80"/>
          <w:lang w:val="cs-CZ"/>
        </w:rPr>
        <w:t>PRO GRAFIKA</w:t>
      </w:r>
    </w:p>
    <w:p w14:paraId="1E478629" w14:textId="4512C85A" w:rsidR="008901C0" w:rsidRPr="008901C0" w:rsidRDefault="00BD66A1" w:rsidP="008901C0">
      <w:pPr>
        <w:spacing w:after="200" w:line="276" w:lineRule="auto"/>
        <w:jc w:val="center"/>
        <w:rPr>
          <w:lang w:val="cs-CZ"/>
        </w:rPr>
      </w:pPr>
      <w:r>
        <w:rPr>
          <w:noProof/>
          <w:lang w:val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CF9BC" wp14:editId="56D530CB">
                <wp:simplePos x="0" y="0"/>
                <wp:positionH relativeFrom="margin">
                  <wp:posOffset>1877060</wp:posOffset>
                </wp:positionH>
                <wp:positionV relativeFrom="paragraph">
                  <wp:posOffset>249968</wp:posOffset>
                </wp:positionV>
                <wp:extent cx="2434620" cy="0"/>
                <wp:effectExtent l="0" t="0" r="0" b="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3462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8278B9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CCAB05B" id="Přímá spojnice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47.8pt,19.7pt" to="339.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" strokecolor="#8278b9" strokeweight="1.5pt">
                <w10:wrap anchorx="margin"/>
              </v:line>
            </w:pict>
          </mc:Fallback>
        </mc:AlternateContent>
      </w:r>
    </w:p>
    <w:p w14:paraId="5676B48D" w14:textId="77777777" w:rsidR="008901C0" w:rsidRDefault="008901C0" w:rsidP="008901C0">
      <w:pPr>
        <w:spacing w:after="200" w:line="276" w:lineRule="auto"/>
        <w:jc w:val="center"/>
        <w:rPr>
          <w:b/>
          <w:bCs/>
          <w:color w:val="404370"/>
          <w:sz w:val="24"/>
          <w:szCs w:val="28"/>
          <w:lang w:val="cs-CZ"/>
        </w:rPr>
      </w:pPr>
    </w:p>
    <w:p w14:paraId="38F2968E" w14:textId="0DB0E610" w:rsidR="008901C0" w:rsidRPr="008901C0" w:rsidRDefault="008901C0" w:rsidP="008901C0">
      <w:pPr>
        <w:spacing w:after="200" w:line="276" w:lineRule="auto"/>
        <w:jc w:val="center"/>
        <w:rPr>
          <w:b/>
          <w:bCs/>
          <w:color w:val="404370"/>
          <w:lang w:val="cs-CZ"/>
        </w:rPr>
      </w:pPr>
      <w:r w:rsidRPr="008901C0">
        <w:rPr>
          <w:b/>
          <w:bCs/>
          <w:color w:val="404370"/>
          <w:sz w:val="24"/>
          <w:szCs w:val="28"/>
          <w:lang w:val="cs-CZ"/>
        </w:rPr>
        <w:t>Praktický dokument s průvodcem vyplněním a příklady</w:t>
      </w:r>
    </w:p>
    <w:p w14:paraId="4D86A040" w14:textId="77777777" w:rsidR="008901C0" w:rsidRPr="008901C0" w:rsidRDefault="008901C0" w:rsidP="008901C0">
      <w:pPr>
        <w:spacing w:after="200" w:line="276" w:lineRule="auto"/>
        <w:jc w:val="center"/>
        <w:rPr>
          <w:lang w:val="cs-CZ"/>
        </w:rPr>
      </w:pPr>
    </w:p>
    <w:p w14:paraId="40BE88D9" w14:textId="77777777" w:rsidR="008901C0" w:rsidRPr="008901C0" w:rsidRDefault="008901C0" w:rsidP="008901C0">
      <w:pPr>
        <w:spacing w:after="200" w:line="276" w:lineRule="auto"/>
        <w:jc w:val="center"/>
        <w:rPr>
          <w:lang w:val="cs-CZ"/>
        </w:rPr>
      </w:pPr>
    </w:p>
    <w:p w14:paraId="6894BF40" w14:textId="77777777" w:rsidR="008901C0" w:rsidRPr="008901C0" w:rsidRDefault="008901C0" w:rsidP="008901C0">
      <w:pPr>
        <w:spacing w:after="200" w:line="276" w:lineRule="auto"/>
        <w:jc w:val="center"/>
        <w:rPr>
          <w:lang w:val="cs-CZ"/>
        </w:rPr>
      </w:pPr>
    </w:p>
    <w:p w14:paraId="5364BE9F" w14:textId="77777777" w:rsidR="008901C0" w:rsidRDefault="008901C0" w:rsidP="008901C0">
      <w:pPr>
        <w:spacing w:after="200" w:line="276" w:lineRule="auto"/>
        <w:jc w:val="center"/>
        <w:rPr>
          <w:lang w:val="cs-CZ"/>
        </w:rPr>
      </w:pPr>
    </w:p>
    <w:p w14:paraId="07F6906E" w14:textId="77777777" w:rsidR="008901C0" w:rsidRDefault="008901C0" w:rsidP="008901C0">
      <w:pPr>
        <w:spacing w:after="200" w:line="276" w:lineRule="auto"/>
        <w:jc w:val="center"/>
        <w:rPr>
          <w:lang w:val="cs-CZ"/>
        </w:rPr>
      </w:pPr>
    </w:p>
    <w:p w14:paraId="002059D1" w14:textId="77777777" w:rsidR="008901C0" w:rsidRDefault="008901C0" w:rsidP="008901C0">
      <w:pPr>
        <w:spacing w:after="200" w:line="276" w:lineRule="auto"/>
        <w:jc w:val="center"/>
        <w:rPr>
          <w:lang w:val="cs-CZ"/>
        </w:rPr>
      </w:pPr>
    </w:p>
    <w:p w14:paraId="62C54C2E" w14:textId="77777777" w:rsidR="008901C0" w:rsidRDefault="008901C0" w:rsidP="008901C0">
      <w:pPr>
        <w:spacing w:after="200" w:line="276" w:lineRule="auto"/>
        <w:jc w:val="center"/>
        <w:rPr>
          <w:lang w:val="cs-CZ"/>
        </w:rPr>
      </w:pPr>
    </w:p>
    <w:p w14:paraId="4AB19772" w14:textId="77777777" w:rsidR="008901C0" w:rsidRDefault="008901C0" w:rsidP="008901C0">
      <w:pPr>
        <w:spacing w:after="200" w:line="276" w:lineRule="auto"/>
        <w:jc w:val="center"/>
        <w:rPr>
          <w:lang w:val="cs-CZ"/>
        </w:rPr>
      </w:pPr>
    </w:p>
    <w:p w14:paraId="504CBD71" w14:textId="77777777" w:rsidR="008901C0" w:rsidRDefault="008901C0" w:rsidP="008901C0">
      <w:pPr>
        <w:spacing w:after="200" w:line="276" w:lineRule="auto"/>
        <w:jc w:val="center"/>
        <w:rPr>
          <w:lang w:val="cs-CZ"/>
        </w:rPr>
      </w:pPr>
    </w:p>
    <w:p w14:paraId="17F883D0" w14:textId="77777777" w:rsidR="008901C0" w:rsidRDefault="008901C0" w:rsidP="008901C0">
      <w:pPr>
        <w:spacing w:after="200" w:line="276" w:lineRule="auto"/>
        <w:jc w:val="center"/>
        <w:rPr>
          <w:lang w:val="cs-CZ"/>
        </w:rPr>
      </w:pPr>
    </w:p>
    <w:p w14:paraId="066F5DFB" w14:textId="77777777" w:rsidR="008901C0" w:rsidRDefault="008901C0" w:rsidP="008901C0">
      <w:pPr>
        <w:spacing w:after="200" w:line="276" w:lineRule="auto"/>
        <w:jc w:val="center"/>
        <w:rPr>
          <w:lang w:val="cs-CZ"/>
        </w:rPr>
      </w:pPr>
    </w:p>
    <w:p w14:paraId="1A1054F8" w14:textId="77777777" w:rsidR="008901C0" w:rsidRDefault="008901C0" w:rsidP="008901C0">
      <w:pPr>
        <w:spacing w:after="200" w:line="276" w:lineRule="auto"/>
        <w:jc w:val="center"/>
        <w:rPr>
          <w:lang w:val="cs-CZ"/>
        </w:rPr>
      </w:pPr>
    </w:p>
    <w:p w14:paraId="2D79F2F6" w14:textId="79750A12" w:rsidR="008901C0" w:rsidRPr="008901C0" w:rsidRDefault="008901C0" w:rsidP="008901C0">
      <w:pPr>
        <w:spacing w:after="200" w:line="276" w:lineRule="auto"/>
        <w:jc w:val="center"/>
        <w:rPr>
          <w:lang w:val="cs-CZ"/>
        </w:rPr>
      </w:pPr>
      <w:r w:rsidRPr="008901C0">
        <w:rPr>
          <w:lang w:val="cs-CZ"/>
        </w:rPr>
        <w:t>Připravila Kačka. Grafička.</w:t>
      </w:r>
    </w:p>
    <w:p w14:paraId="3A6A92BF" w14:textId="77777777" w:rsidR="008901C0" w:rsidRPr="008901C0" w:rsidRDefault="008901C0" w:rsidP="00BD66A1">
      <w:pPr>
        <w:spacing w:after="200" w:line="276" w:lineRule="auto"/>
        <w:jc w:val="center"/>
        <w:rPr>
          <w:lang w:val="cs-CZ"/>
        </w:rPr>
      </w:pPr>
      <w:r w:rsidRPr="008901C0">
        <w:rPr>
          <w:lang w:val="cs-CZ"/>
        </w:rPr>
        <w:t>kackagraficka.cz</w:t>
      </w:r>
    </w:p>
    <w:p w14:paraId="0E0E8468" w14:textId="258C78E3" w:rsidR="008901C0" w:rsidRDefault="008901C0" w:rsidP="00BD66A1">
      <w:pPr>
        <w:spacing w:after="200" w:line="276" w:lineRule="auto"/>
        <w:jc w:val="center"/>
        <w:rPr>
          <w:rFonts w:cs="Arial"/>
          <w:b/>
          <w:color w:val="5C79BB"/>
          <w:sz w:val="17"/>
          <w:lang w:val="cs-CZ"/>
        </w:rPr>
      </w:pPr>
      <w:r w:rsidRPr="008901C0">
        <w:rPr>
          <w:lang w:val="cs-CZ"/>
        </w:rPr>
        <w:t> </w:t>
      </w:r>
      <w:r>
        <w:rPr>
          <w:lang w:val="cs-CZ"/>
        </w:rPr>
        <w:br w:type="page"/>
      </w:r>
    </w:p>
    <w:p w14:paraId="18C92B43" w14:textId="46538B29" w:rsidR="00852299" w:rsidRPr="007559E9" w:rsidRDefault="00000000" w:rsidP="008715D7">
      <w:pPr>
        <w:pStyle w:val="Kapitoly"/>
        <w:rPr>
          <w:lang w:val="cs-CZ"/>
        </w:rPr>
      </w:pPr>
      <w:r w:rsidRPr="007559E9">
        <w:rPr>
          <w:lang w:val="cs-CZ"/>
        </w:rPr>
        <w:lastRenderedPageBreak/>
        <w:t>JAK DOKUMENT POUŽÍVAT</w:t>
      </w:r>
    </w:p>
    <w:p w14:paraId="788D729E" w14:textId="2193C625" w:rsidR="00852299" w:rsidRPr="007559E9" w:rsidRDefault="00000000">
      <w:pPr>
        <w:pStyle w:val="Nadpis1"/>
        <w:rPr>
          <w:lang w:val="cs-CZ"/>
        </w:rPr>
      </w:pPr>
      <w:r w:rsidRPr="007559E9">
        <w:rPr>
          <w:lang w:val="cs-CZ"/>
        </w:rPr>
        <w:t>Brief a průvodce v jednom</w:t>
      </w:r>
    </w:p>
    <w:p w14:paraId="657309F6" w14:textId="1032D8CD" w:rsidR="00852299" w:rsidRPr="007559E9" w:rsidRDefault="00000000" w:rsidP="00386D68">
      <w:pPr>
        <w:spacing w:after="360"/>
        <w:rPr>
          <w:lang w:val="cs-CZ"/>
        </w:rPr>
      </w:pPr>
      <w:r w:rsidRPr="007559E9">
        <w:rPr>
          <w:rFonts w:cs="Arial"/>
          <w:lang w:val="cs-CZ"/>
        </w:rPr>
        <w:t>Dokument je rozdělený na dvě části. První obsahuje čistou šablonu, kterou můžete rovnou vyplnit a</w:t>
      </w:r>
      <w:r w:rsidR="00D434E5">
        <w:rPr>
          <w:rFonts w:cs="Arial"/>
          <w:lang w:val="cs-CZ"/>
        </w:rPr>
        <w:t> </w:t>
      </w:r>
      <w:r w:rsidRPr="007559E9">
        <w:rPr>
          <w:rFonts w:cs="Arial"/>
          <w:lang w:val="cs-CZ"/>
        </w:rPr>
        <w:t>odeslat grafikovi. Ve druhé najdete vysvětlení jednotlivých bodů, příklady odpovědí a upozornění na</w:t>
      </w:r>
      <w:r w:rsidR="00D434E5">
        <w:rPr>
          <w:rFonts w:cs="Arial"/>
          <w:lang w:val="cs-CZ"/>
        </w:rPr>
        <w:t> </w:t>
      </w:r>
      <w:r w:rsidRPr="007559E9">
        <w:rPr>
          <w:rFonts w:cs="Arial"/>
          <w:lang w:val="cs-CZ"/>
        </w:rPr>
        <w:t>časté nejasnosti.</w:t>
      </w:r>
    </w:p>
    <w:tbl>
      <w:tblPr>
        <w:tblW w:w="0" w:type="auto"/>
        <w:jc w:val="center"/>
        <w:tblBorders>
          <w:top w:val="single" w:sz="6" w:space="0" w:color="D9D6E8"/>
          <w:left w:val="single" w:sz="6" w:space="0" w:color="D9D6E8"/>
          <w:bottom w:val="single" w:sz="6" w:space="0" w:color="D9D6E8"/>
          <w:right w:val="single" w:sz="6" w:space="0" w:color="D9D6E8"/>
          <w:insideH w:val="single" w:sz="6" w:space="0" w:color="D9D6E8"/>
          <w:insideV w:val="single" w:sz="6" w:space="0" w:color="D9D6E8"/>
        </w:tblBorders>
        <w:tblLook w:val="04A0" w:firstRow="1" w:lastRow="0" w:firstColumn="1" w:lastColumn="0" w:noHBand="0" w:noVBand="1"/>
      </w:tblPr>
      <w:tblGrid>
        <w:gridCol w:w="4865"/>
        <w:gridCol w:w="4865"/>
      </w:tblGrid>
      <w:tr w:rsidR="00852299" w:rsidRPr="007559E9" w14:paraId="00D72D20" w14:textId="77777777">
        <w:trPr>
          <w:jc w:val="center"/>
        </w:trPr>
        <w:tc>
          <w:tcPr>
            <w:tcW w:w="4873" w:type="dxa"/>
            <w:shd w:val="clear" w:color="auto" w:fill="F1EFF8"/>
            <w:tcMar>
              <w:top w:w="200" w:type="dxa"/>
              <w:left w:w="220" w:type="dxa"/>
              <w:bottom w:w="200" w:type="dxa"/>
              <w:right w:w="220" w:type="dxa"/>
            </w:tcMar>
          </w:tcPr>
          <w:p w14:paraId="0952183C" w14:textId="77777777" w:rsidR="00852299" w:rsidRPr="007559E9" w:rsidRDefault="00000000">
            <w:pPr>
              <w:rPr>
                <w:lang w:val="cs-CZ"/>
              </w:rPr>
            </w:pPr>
            <w:r w:rsidRPr="007559E9">
              <w:rPr>
                <w:rFonts w:cs="Arial"/>
                <w:b/>
                <w:color w:val="8278B9"/>
                <w:sz w:val="22"/>
                <w:lang w:val="cs-CZ"/>
              </w:rPr>
              <w:t>ČÁST 1: Brief k vyplnění</w:t>
            </w:r>
          </w:p>
          <w:p w14:paraId="2D785E8F" w14:textId="77777777" w:rsidR="00852299" w:rsidRPr="007559E9" w:rsidRDefault="00000000">
            <w:pPr>
              <w:rPr>
                <w:lang w:val="cs-CZ"/>
              </w:rPr>
            </w:pPr>
            <w:r w:rsidRPr="007559E9">
              <w:rPr>
                <w:rFonts w:cs="Arial"/>
                <w:sz w:val="19"/>
                <w:lang w:val="cs-CZ"/>
              </w:rPr>
              <w:t>Použijte ji pro konkrétní projekt. Vyplňte relevantní položky, nepotřebné vymažte a nejasnosti pojmenujte otevřeně.</w:t>
            </w:r>
          </w:p>
        </w:tc>
        <w:tc>
          <w:tcPr>
            <w:tcW w:w="4873" w:type="dxa"/>
            <w:shd w:val="clear" w:color="auto" w:fill="F7F7F7"/>
            <w:tcMar>
              <w:top w:w="200" w:type="dxa"/>
              <w:left w:w="220" w:type="dxa"/>
              <w:bottom w:w="200" w:type="dxa"/>
              <w:right w:w="220" w:type="dxa"/>
            </w:tcMar>
          </w:tcPr>
          <w:p w14:paraId="7DD06697" w14:textId="77777777" w:rsidR="00852299" w:rsidRPr="007559E9" w:rsidRDefault="00000000">
            <w:pPr>
              <w:rPr>
                <w:lang w:val="cs-CZ"/>
              </w:rPr>
            </w:pPr>
            <w:r w:rsidRPr="007559E9">
              <w:rPr>
                <w:rFonts w:cs="Arial"/>
                <w:b/>
                <w:sz w:val="22"/>
                <w:lang w:val="cs-CZ"/>
              </w:rPr>
              <w:t>ČÁST 2: Průvodce</w:t>
            </w:r>
          </w:p>
          <w:p w14:paraId="3EFCBC78" w14:textId="3B6FECC1" w:rsidR="00852299" w:rsidRPr="007559E9" w:rsidRDefault="00000000">
            <w:pPr>
              <w:rPr>
                <w:lang w:val="cs-CZ"/>
              </w:rPr>
            </w:pPr>
            <w:r w:rsidRPr="007559E9">
              <w:rPr>
                <w:rFonts w:cs="Arial"/>
                <w:sz w:val="19"/>
                <w:lang w:val="cs-CZ"/>
              </w:rPr>
              <w:t>Podívejte se sem, když si nejste jistí, co</w:t>
            </w:r>
            <w:r w:rsidR="00D434E5">
              <w:rPr>
                <w:rFonts w:cs="Arial"/>
                <w:sz w:val="19"/>
                <w:lang w:val="cs-CZ"/>
              </w:rPr>
              <w:t> </w:t>
            </w:r>
            <w:r w:rsidRPr="007559E9">
              <w:rPr>
                <w:rFonts w:cs="Arial"/>
                <w:sz w:val="19"/>
                <w:lang w:val="cs-CZ"/>
              </w:rPr>
              <w:t>do</w:t>
            </w:r>
            <w:r w:rsidR="00D434E5">
              <w:rPr>
                <w:rFonts w:cs="Arial"/>
                <w:sz w:val="19"/>
                <w:lang w:val="cs-CZ"/>
              </w:rPr>
              <w:t> </w:t>
            </w:r>
            <w:r w:rsidRPr="007559E9">
              <w:rPr>
                <w:rFonts w:cs="Arial"/>
                <w:sz w:val="19"/>
                <w:lang w:val="cs-CZ"/>
              </w:rPr>
              <w:t>některého</w:t>
            </w:r>
            <w:r w:rsidR="00D434E5">
              <w:rPr>
                <w:rFonts w:cs="Arial"/>
                <w:sz w:val="19"/>
                <w:lang w:val="cs-CZ"/>
              </w:rPr>
              <w:t xml:space="preserve"> z</w:t>
            </w:r>
            <w:r w:rsidRPr="007559E9">
              <w:rPr>
                <w:rFonts w:cs="Arial"/>
                <w:sz w:val="19"/>
                <w:lang w:val="cs-CZ"/>
              </w:rPr>
              <w:t xml:space="preserve"> pol</w:t>
            </w:r>
            <w:r w:rsidR="00D434E5">
              <w:rPr>
                <w:rFonts w:cs="Arial"/>
                <w:sz w:val="19"/>
                <w:lang w:val="cs-CZ"/>
              </w:rPr>
              <w:t>í</w:t>
            </w:r>
            <w:r w:rsidRPr="007559E9">
              <w:rPr>
                <w:rFonts w:cs="Arial"/>
                <w:sz w:val="19"/>
                <w:lang w:val="cs-CZ"/>
              </w:rPr>
              <w:t xml:space="preserve"> napsat nebo proč danou</w:t>
            </w:r>
            <w:r w:rsidR="00D434E5">
              <w:rPr>
                <w:rFonts w:cs="Arial"/>
                <w:sz w:val="19"/>
                <w:lang w:val="cs-CZ"/>
              </w:rPr>
              <w:t> </w:t>
            </w:r>
            <w:r w:rsidRPr="007559E9">
              <w:rPr>
                <w:rFonts w:cs="Arial"/>
                <w:sz w:val="19"/>
                <w:lang w:val="cs-CZ"/>
              </w:rPr>
              <w:t>informaci grafik potřebuje.</w:t>
            </w:r>
          </w:p>
        </w:tc>
      </w:tr>
    </w:tbl>
    <w:p w14:paraId="59EADCD2" w14:textId="77777777" w:rsidR="00852299" w:rsidRPr="007559E9" w:rsidRDefault="00000000">
      <w:pPr>
        <w:pStyle w:val="Nadpis2"/>
        <w:rPr>
          <w:lang w:val="cs-CZ"/>
        </w:rPr>
      </w:pPr>
      <w:r w:rsidRPr="007559E9">
        <w:rPr>
          <w:lang w:val="cs-CZ"/>
        </w:rPr>
        <w:t>Tři zásady pro začátek</w:t>
      </w:r>
    </w:p>
    <w:p w14:paraId="222646F9" w14:textId="72F6F6F3" w:rsidR="00852299" w:rsidRPr="007559E9" w:rsidRDefault="00000000" w:rsidP="00053B33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Vyplňte to, co víte. Pokud si nejste jistí, napište to místo náhodně zvoleného řešení.</w:t>
      </w:r>
    </w:p>
    <w:p w14:paraId="317D85DD" w14:textId="6292E878" w:rsidR="00852299" w:rsidRPr="007559E9" w:rsidRDefault="00000000" w:rsidP="00053B33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Dobrý brief nemusí být dlouhý. Má vysvětlit cíl, souvislosti a praktick</w:t>
      </w:r>
      <w:r w:rsidR="004D4CA6">
        <w:rPr>
          <w:rFonts w:cs="Arial"/>
          <w:lang w:val="cs-CZ"/>
        </w:rPr>
        <w:t>ou</w:t>
      </w:r>
      <w:r w:rsidRPr="007559E9">
        <w:rPr>
          <w:rFonts w:cs="Arial"/>
          <w:lang w:val="cs-CZ"/>
        </w:rPr>
        <w:t xml:space="preserve"> </w:t>
      </w:r>
      <w:r w:rsidR="004D4CA6">
        <w:rPr>
          <w:rFonts w:cs="Arial"/>
          <w:lang w:val="cs-CZ"/>
        </w:rPr>
        <w:t>stránku</w:t>
      </w:r>
      <w:r w:rsidRPr="007559E9">
        <w:rPr>
          <w:rFonts w:cs="Arial"/>
          <w:lang w:val="cs-CZ"/>
        </w:rPr>
        <w:t xml:space="preserve"> projektu.</w:t>
      </w:r>
    </w:p>
    <w:p w14:paraId="37854D19" w14:textId="77777777" w:rsidR="00852299" w:rsidRPr="007559E9" w:rsidRDefault="00000000" w:rsidP="00053B33">
      <w:pPr>
        <w:pStyle w:val="Seznamsodrkami"/>
        <w:spacing w:after="360"/>
        <w:ind w:left="568" w:hanging="284"/>
        <w:contextualSpacing w:val="0"/>
        <w:rPr>
          <w:lang w:val="cs-CZ"/>
        </w:rPr>
      </w:pPr>
      <w:r w:rsidRPr="007559E9">
        <w:rPr>
          <w:rFonts w:cs="Arial"/>
          <w:lang w:val="cs-CZ"/>
        </w:rPr>
        <w:t>Uchovávejte zadání a schválené změny na jednom místě, aby obě strany pracovaly se stejnými informacemi.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30"/>
      </w:tblGrid>
      <w:tr w:rsidR="0002535A" w:rsidRPr="007559E9" w14:paraId="011543FA" w14:textId="77777777" w:rsidTr="00CA14A4">
        <w:trPr>
          <w:jc w:val="center"/>
        </w:trPr>
        <w:tc>
          <w:tcPr>
            <w:tcW w:w="9746" w:type="dxa"/>
            <w:tcBorders>
              <w:top w:val="single" w:sz="6" w:space="0" w:color="D9D6E8"/>
              <w:left w:val="single" w:sz="6" w:space="0" w:color="D9D6E8"/>
              <w:bottom w:val="single" w:sz="6" w:space="0" w:color="D9D6E8"/>
              <w:right w:val="single" w:sz="6" w:space="0" w:color="D9D6E8"/>
            </w:tcBorders>
            <w:shd w:val="clear" w:color="auto" w:fill="F1EF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FEB7B72" w14:textId="33818B0E" w:rsidR="00852299" w:rsidRPr="007559E9" w:rsidRDefault="00003712">
            <w:pPr>
              <w:spacing w:after="80"/>
              <w:rPr>
                <w:lang w:val="cs-CZ"/>
              </w:rPr>
            </w:pPr>
            <w:r>
              <w:rPr>
                <w:rFonts w:cs="Arial"/>
                <w:b/>
                <w:color w:val="8278B9"/>
                <w:lang w:val="cs-CZ"/>
              </w:rPr>
              <w:t>TIP</w:t>
            </w:r>
            <w:r w:rsidRPr="007559E9">
              <w:rPr>
                <w:rFonts w:cs="Arial"/>
                <w:b/>
                <w:color w:val="8278B9"/>
                <w:lang w:val="cs-CZ"/>
              </w:rPr>
              <w:t>: Přizpůsobte si brief na míru</w:t>
            </w:r>
          </w:p>
          <w:p w14:paraId="57EB8334" w14:textId="1BF6484D" w:rsidR="00852299" w:rsidRPr="007559E9" w:rsidRDefault="0000000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sz w:val="20"/>
                <w:lang w:val="cs-CZ"/>
              </w:rPr>
              <w:t>Vyškrtejte nepotřebné otázky a doplňte údaje, které zadáváte opakovaně. Pro bannery, tiskoviny</w:t>
            </w:r>
            <w:r w:rsidR="00513B00">
              <w:rPr>
                <w:rFonts w:cs="Arial"/>
                <w:sz w:val="20"/>
                <w:lang w:val="cs-CZ"/>
              </w:rPr>
              <w:t xml:space="preserve">, </w:t>
            </w:r>
            <w:r w:rsidRPr="007559E9">
              <w:rPr>
                <w:rFonts w:cs="Arial"/>
                <w:sz w:val="20"/>
                <w:lang w:val="cs-CZ"/>
              </w:rPr>
              <w:t>prezentace</w:t>
            </w:r>
            <w:r w:rsidR="00513B00">
              <w:rPr>
                <w:rFonts w:cs="Arial"/>
                <w:sz w:val="20"/>
                <w:lang w:val="cs-CZ"/>
              </w:rPr>
              <w:t xml:space="preserve"> apod.</w:t>
            </w:r>
            <w:r w:rsidRPr="007559E9">
              <w:rPr>
                <w:rFonts w:cs="Arial"/>
                <w:sz w:val="20"/>
                <w:lang w:val="cs-CZ"/>
              </w:rPr>
              <w:t xml:space="preserve"> si můžete vytvořit samostatné verze a uložit je do aplikace, ve které plánujete práci.</w:t>
            </w:r>
          </w:p>
        </w:tc>
      </w:tr>
    </w:tbl>
    <w:p w14:paraId="27DD7862" w14:textId="77777777" w:rsidR="00852299" w:rsidRPr="007559E9" w:rsidRDefault="00000000">
      <w:pPr>
        <w:rPr>
          <w:lang w:val="cs-CZ"/>
        </w:rPr>
      </w:pPr>
      <w:r w:rsidRPr="007559E9">
        <w:rPr>
          <w:lang w:val="cs-CZ"/>
        </w:rPr>
        <w:br w:type="page"/>
      </w:r>
    </w:p>
    <w:p w14:paraId="766001AB" w14:textId="77777777" w:rsidR="00852299" w:rsidRPr="007559E9" w:rsidRDefault="00000000" w:rsidP="008715D7">
      <w:pPr>
        <w:pStyle w:val="Kapitoly"/>
        <w:rPr>
          <w:lang w:val="cs-CZ"/>
        </w:rPr>
      </w:pPr>
      <w:r w:rsidRPr="007559E9">
        <w:rPr>
          <w:lang w:val="cs-CZ"/>
        </w:rPr>
        <w:lastRenderedPageBreak/>
        <w:t>ČÁST 1</w:t>
      </w:r>
    </w:p>
    <w:p w14:paraId="5C2D000F" w14:textId="77777777" w:rsidR="00852299" w:rsidRPr="007559E9" w:rsidRDefault="00000000">
      <w:pPr>
        <w:pStyle w:val="Nadpis1"/>
        <w:rPr>
          <w:lang w:val="cs-CZ"/>
        </w:rPr>
      </w:pPr>
      <w:r w:rsidRPr="007559E9">
        <w:rPr>
          <w:lang w:val="cs-CZ"/>
        </w:rPr>
        <w:t>Brief k vyplnění</w:t>
      </w:r>
    </w:p>
    <w:p w14:paraId="45681624" w14:textId="0A4F7AE7" w:rsidR="00852299" w:rsidRPr="007559E9" w:rsidRDefault="00000000">
      <w:pPr>
        <w:rPr>
          <w:lang w:val="cs-CZ"/>
        </w:rPr>
      </w:pPr>
      <w:r w:rsidRPr="007559E9">
        <w:rPr>
          <w:rFonts w:cs="Arial"/>
          <w:lang w:val="cs-CZ"/>
        </w:rPr>
        <w:t>Klikněte do polí a doplňte informace k projektu.</w:t>
      </w:r>
    </w:p>
    <w:p w14:paraId="452642FD" w14:textId="77777777" w:rsidR="00852299" w:rsidRPr="007559E9" w:rsidRDefault="00000000">
      <w:pPr>
        <w:pStyle w:val="Nadpis2"/>
        <w:rPr>
          <w:lang w:val="cs-CZ"/>
        </w:rPr>
      </w:pPr>
      <w:r w:rsidRPr="007559E9">
        <w:rPr>
          <w:lang w:val="cs-CZ"/>
        </w:rPr>
        <w:t>Základní údaje</w:t>
      </w:r>
    </w:p>
    <w:tbl>
      <w:tblPr>
        <w:tblW w:w="0" w:type="auto"/>
        <w:jc w:val="center"/>
        <w:tblBorders>
          <w:top w:val="single" w:sz="6" w:space="0" w:color="D9D6E8"/>
          <w:left w:val="single" w:sz="6" w:space="0" w:color="D9D6E8"/>
          <w:bottom w:val="single" w:sz="6" w:space="0" w:color="D9D6E8"/>
          <w:right w:val="single" w:sz="6" w:space="0" w:color="D9D6E8"/>
          <w:insideH w:val="single" w:sz="6" w:space="0" w:color="D9D6E8"/>
          <w:insideV w:val="single" w:sz="6" w:space="0" w:color="D9D6E8"/>
        </w:tblBorders>
        <w:tblLook w:val="04A0" w:firstRow="1" w:lastRow="0" w:firstColumn="1" w:lastColumn="0" w:noHBand="0" w:noVBand="1"/>
      </w:tblPr>
      <w:tblGrid>
        <w:gridCol w:w="4865"/>
        <w:gridCol w:w="4865"/>
      </w:tblGrid>
      <w:tr w:rsidR="00852299" w:rsidRPr="007559E9" w14:paraId="545A649D" w14:textId="77777777" w:rsidTr="007201BE">
        <w:trPr>
          <w:cantSplit/>
          <w:trHeight w:val="340"/>
          <w:jc w:val="center"/>
        </w:trPr>
        <w:tc>
          <w:tcPr>
            <w:tcW w:w="4873" w:type="dxa"/>
            <w:shd w:val="clear" w:color="auto" w:fill="FAFAF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67E4AA91" w14:textId="060F6C83" w:rsidR="00852299" w:rsidRPr="007559E9" w:rsidRDefault="00000000" w:rsidP="001E6FF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Název projektu</w:t>
            </w:r>
            <w:r w:rsidR="00C63615">
              <w:rPr>
                <w:rFonts w:cs="Arial"/>
                <w:b/>
                <w:sz w:val="19"/>
                <w:lang w:val="cs-CZ"/>
              </w:rPr>
              <w:t xml:space="preserve"> nebo </w:t>
            </w:r>
            <w:r w:rsidRPr="007559E9">
              <w:rPr>
                <w:rFonts w:cs="Arial"/>
                <w:b/>
                <w:sz w:val="19"/>
                <w:lang w:val="cs-CZ"/>
              </w:rPr>
              <w:t>úkolu</w:t>
            </w:r>
          </w:p>
        </w:tc>
        <w:tc>
          <w:tcPr>
            <w:tcW w:w="4873" w:type="dxa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4A706187" w14:textId="262AA26C" w:rsidR="00852299" w:rsidRPr="007559E9" w:rsidRDefault="00000000" w:rsidP="001E6FF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Doplňte název</w:t>
            </w:r>
          </w:p>
        </w:tc>
      </w:tr>
      <w:tr w:rsidR="00852299" w:rsidRPr="007559E9" w14:paraId="59B5B7B4" w14:textId="77777777" w:rsidTr="007201BE">
        <w:trPr>
          <w:cantSplit/>
          <w:trHeight w:val="340"/>
          <w:jc w:val="center"/>
        </w:trPr>
        <w:tc>
          <w:tcPr>
            <w:tcW w:w="4873" w:type="dxa"/>
            <w:shd w:val="clear" w:color="auto" w:fill="FAFAF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AD2BC72" w14:textId="77777777" w:rsidR="00852299" w:rsidRPr="007559E9" w:rsidRDefault="00000000" w:rsidP="001E6FF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Datum zadání</w:t>
            </w:r>
          </w:p>
        </w:tc>
        <w:tc>
          <w:tcPr>
            <w:tcW w:w="4873" w:type="dxa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19419FB" w14:textId="4CA5CD0B" w:rsidR="00852299" w:rsidRPr="007559E9" w:rsidRDefault="00000000" w:rsidP="001E6FF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Doplňte datum</w:t>
            </w:r>
          </w:p>
        </w:tc>
      </w:tr>
      <w:tr w:rsidR="00852299" w:rsidRPr="007559E9" w14:paraId="7C6721B5" w14:textId="77777777" w:rsidTr="007201BE">
        <w:trPr>
          <w:cantSplit/>
          <w:trHeight w:val="340"/>
          <w:jc w:val="center"/>
        </w:trPr>
        <w:tc>
          <w:tcPr>
            <w:tcW w:w="4873" w:type="dxa"/>
            <w:shd w:val="clear" w:color="auto" w:fill="FAFAF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2B55689B" w14:textId="77777777" w:rsidR="00852299" w:rsidRPr="007559E9" w:rsidRDefault="00000000" w:rsidP="001E6FF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Kontaktní osoba</w:t>
            </w:r>
          </w:p>
        </w:tc>
        <w:tc>
          <w:tcPr>
            <w:tcW w:w="4873" w:type="dxa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69AD196" w14:textId="0FB80799" w:rsidR="00852299" w:rsidRPr="007559E9" w:rsidRDefault="00000000" w:rsidP="001E6FF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Jméno, e-mail, telefon</w:t>
            </w:r>
          </w:p>
        </w:tc>
      </w:tr>
      <w:tr w:rsidR="00852299" w:rsidRPr="007559E9" w14:paraId="547EB4B1" w14:textId="77777777" w:rsidTr="007201BE">
        <w:trPr>
          <w:cantSplit/>
          <w:trHeight w:val="340"/>
          <w:jc w:val="center"/>
        </w:trPr>
        <w:tc>
          <w:tcPr>
            <w:tcW w:w="4873" w:type="dxa"/>
            <w:shd w:val="clear" w:color="auto" w:fill="FAFAF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B852221" w14:textId="77777777" w:rsidR="00852299" w:rsidRPr="007559E9" w:rsidRDefault="00000000" w:rsidP="001E6FF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Schvalovatel</w:t>
            </w:r>
          </w:p>
        </w:tc>
        <w:tc>
          <w:tcPr>
            <w:tcW w:w="4873" w:type="dxa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5D7B0BC0" w14:textId="220841F0" w:rsidR="00852299" w:rsidRPr="007559E9" w:rsidRDefault="00000000" w:rsidP="001E6FF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Kdo rozhoduje o finální podobě</w:t>
            </w:r>
          </w:p>
        </w:tc>
      </w:tr>
      <w:tr w:rsidR="00852299" w:rsidRPr="007559E9" w14:paraId="7FF1B85D" w14:textId="77777777" w:rsidTr="007201BE">
        <w:trPr>
          <w:cantSplit/>
          <w:trHeight w:val="340"/>
          <w:jc w:val="center"/>
        </w:trPr>
        <w:tc>
          <w:tcPr>
            <w:tcW w:w="4873" w:type="dxa"/>
            <w:shd w:val="clear" w:color="auto" w:fill="FAFAFC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BE6D261" w14:textId="77777777" w:rsidR="00852299" w:rsidRPr="007559E9" w:rsidRDefault="00000000" w:rsidP="001E6FF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Způsob komunikace</w:t>
            </w:r>
          </w:p>
        </w:tc>
        <w:tc>
          <w:tcPr>
            <w:tcW w:w="4873" w:type="dxa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0121922F" w14:textId="77777777" w:rsidR="00852299" w:rsidRPr="007559E9" w:rsidRDefault="00000000" w:rsidP="001E6FF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E-mail, sdílený dokument, projektová aplikace…</w:t>
            </w:r>
          </w:p>
        </w:tc>
      </w:tr>
    </w:tbl>
    <w:p w14:paraId="773AB6D4" w14:textId="77777777" w:rsidR="00852299" w:rsidRPr="007559E9" w:rsidRDefault="00852299">
      <w:pPr>
        <w:rPr>
          <w:lang w:val="cs-CZ"/>
        </w:rPr>
      </w:pPr>
    </w:p>
    <w:p w14:paraId="2284CFBD" w14:textId="77777777" w:rsidR="00852299" w:rsidRPr="007559E9" w:rsidRDefault="00000000">
      <w:pPr>
        <w:pStyle w:val="Nadpis2"/>
        <w:rPr>
          <w:lang w:val="cs-CZ"/>
        </w:rPr>
      </w:pPr>
      <w:r w:rsidRPr="007559E9">
        <w:rPr>
          <w:lang w:val="cs-CZ"/>
        </w:rPr>
        <w:t>1. Výstup a cíl</w:t>
      </w:r>
    </w:p>
    <w:p w14:paraId="5C224EB7" w14:textId="77777777" w:rsidR="00852299" w:rsidRPr="007559E9" w:rsidRDefault="00000000">
      <w:pPr>
        <w:spacing w:after="140"/>
        <w:rPr>
          <w:lang w:val="cs-CZ"/>
        </w:rPr>
      </w:pPr>
      <w:r w:rsidRPr="007559E9">
        <w:rPr>
          <w:rFonts w:cs="Arial"/>
          <w:lang w:val="cs-CZ"/>
        </w:rPr>
        <w:t>Popište, co má vzniknout a co má výsledek splnit.</w:t>
      </w:r>
    </w:p>
    <w:tbl>
      <w:tblPr>
        <w:tblW w:w="0" w:type="auto"/>
        <w:jc w:val="center"/>
        <w:tblBorders>
          <w:top w:val="single" w:sz="6" w:space="0" w:color="D9D6E8"/>
          <w:left w:val="single" w:sz="6" w:space="0" w:color="D9D6E8"/>
          <w:bottom w:val="single" w:sz="6" w:space="0" w:color="D9D6E8"/>
          <w:right w:val="single" w:sz="6" w:space="0" w:color="D9D6E8"/>
          <w:insideH w:val="single" w:sz="6" w:space="0" w:color="D9D6E8"/>
          <w:insideV w:val="single" w:sz="6" w:space="0" w:color="D9D6E8"/>
        </w:tblBorders>
        <w:tblLook w:val="04A0" w:firstRow="1" w:lastRow="0" w:firstColumn="1" w:lastColumn="0" w:noHBand="0" w:noVBand="1"/>
      </w:tblPr>
      <w:tblGrid>
        <w:gridCol w:w="9730"/>
      </w:tblGrid>
      <w:tr w:rsidR="00852299" w:rsidRPr="007559E9" w14:paraId="1014538C" w14:textId="77777777">
        <w:trPr>
          <w:cantSplit/>
          <w:jc w:val="center"/>
        </w:trPr>
        <w:tc>
          <w:tcPr>
            <w:tcW w:w="9746" w:type="dxa"/>
            <w:shd w:val="clear" w:color="auto" w:fill="FAFAF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B32A024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Co má vzniknout?</w:t>
            </w:r>
          </w:p>
          <w:p w14:paraId="503660DD" w14:textId="0947FFBA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512EEBAE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4276A115" w14:textId="77777777">
        <w:trPr>
          <w:cantSplit/>
          <w:jc w:val="center"/>
        </w:trPr>
        <w:tc>
          <w:tcPr>
            <w:tcW w:w="9746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76D5D375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Jaký je přibližný rozsah?</w:t>
            </w:r>
          </w:p>
          <w:p w14:paraId="041E3927" w14:textId="338FF7B1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16833435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7B2E9749" w14:textId="77777777">
        <w:trPr>
          <w:cantSplit/>
          <w:jc w:val="center"/>
        </w:trPr>
        <w:tc>
          <w:tcPr>
            <w:tcW w:w="9746" w:type="dxa"/>
            <w:shd w:val="clear" w:color="auto" w:fill="FAFAF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C0E7593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Jaký je hlavní cíl?</w:t>
            </w:r>
          </w:p>
          <w:p w14:paraId="31C1652A" w14:textId="5DE1B2CF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6352D126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482DB037" w14:textId="77777777">
        <w:trPr>
          <w:cantSplit/>
          <w:jc w:val="center"/>
        </w:trPr>
        <w:tc>
          <w:tcPr>
            <w:tcW w:w="9746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456ECEB8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Co má člověk po zhlédnutí udělat nebo pochopit?</w:t>
            </w:r>
          </w:p>
          <w:p w14:paraId="46FD44C8" w14:textId="26883ED3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7D44819F" w14:textId="77777777" w:rsidR="00852299" w:rsidRPr="007559E9" w:rsidRDefault="00852299">
            <w:pPr>
              <w:rPr>
                <w:lang w:val="cs-CZ"/>
              </w:rPr>
            </w:pPr>
          </w:p>
        </w:tc>
      </w:tr>
    </w:tbl>
    <w:p w14:paraId="1BCE06C6" w14:textId="77777777" w:rsidR="00852299" w:rsidRPr="007559E9" w:rsidRDefault="00852299">
      <w:pPr>
        <w:spacing w:after="40"/>
        <w:rPr>
          <w:lang w:val="cs-CZ"/>
        </w:rPr>
      </w:pPr>
    </w:p>
    <w:p w14:paraId="49E696C5" w14:textId="77777777" w:rsidR="00852299" w:rsidRPr="007559E9" w:rsidRDefault="00000000">
      <w:pPr>
        <w:rPr>
          <w:lang w:val="cs-CZ"/>
        </w:rPr>
      </w:pPr>
      <w:r w:rsidRPr="007559E9">
        <w:rPr>
          <w:lang w:val="cs-CZ"/>
        </w:rPr>
        <w:br w:type="page"/>
      </w:r>
    </w:p>
    <w:p w14:paraId="2E32F04A" w14:textId="77777777" w:rsidR="00852299" w:rsidRPr="007559E9" w:rsidRDefault="00000000">
      <w:pPr>
        <w:pStyle w:val="Nadpis2"/>
        <w:rPr>
          <w:lang w:val="cs-CZ"/>
        </w:rPr>
      </w:pPr>
      <w:r w:rsidRPr="007559E9">
        <w:rPr>
          <w:lang w:val="cs-CZ"/>
        </w:rPr>
        <w:lastRenderedPageBreak/>
        <w:t>2. Obsah a podklady</w:t>
      </w:r>
    </w:p>
    <w:p w14:paraId="73390FDC" w14:textId="77777777" w:rsidR="00852299" w:rsidRPr="007559E9" w:rsidRDefault="00000000">
      <w:pPr>
        <w:spacing w:after="140"/>
        <w:rPr>
          <w:lang w:val="cs-CZ"/>
        </w:rPr>
      </w:pPr>
      <w:r w:rsidRPr="007559E9">
        <w:rPr>
          <w:rFonts w:cs="Arial"/>
          <w:lang w:val="cs-CZ"/>
        </w:rPr>
        <w:t>Sepište povinný obsah a přiložte vše, z čeho má grafik vycházet.</w:t>
      </w:r>
    </w:p>
    <w:tbl>
      <w:tblPr>
        <w:tblW w:w="0" w:type="auto"/>
        <w:jc w:val="center"/>
        <w:tblBorders>
          <w:top w:val="single" w:sz="6" w:space="0" w:color="D9D6E8"/>
          <w:left w:val="single" w:sz="6" w:space="0" w:color="D9D6E8"/>
          <w:bottom w:val="single" w:sz="6" w:space="0" w:color="D9D6E8"/>
          <w:right w:val="single" w:sz="6" w:space="0" w:color="D9D6E8"/>
          <w:insideH w:val="single" w:sz="6" w:space="0" w:color="D9D6E8"/>
          <w:insideV w:val="single" w:sz="6" w:space="0" w:color="D9D6E8"/>
        </w:tblBorders>
        <w:tblLook w:val="04A0" w:firstRow="1" w:lastRow="0" w:firstColumn="1" w:lastColumn="0" w:noHBand="0" w:noVBand="1"/>
      </w:tblPr>
      <w:tblGrid>
        <w:gridCol w:w="9730"/>
      </w:tblGrid>
      <w:tr w:rsidR="00852299" w:rsidRPr="007559E9" w14:paraId="14AE7479" w14:textId="77777777">
        <w:trPr>
          <w:cantSplit/>
          <w:jc w:val="center"/>
        </w:trPr>
        <w:tc>
          <w:tcPr>
            <w:tcW w:w="9746" w:type="dxa"/>
            <w:shd w:val="clear" w:color="auto" w:fill="FAFAF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6F2267FA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Jaké texty a údaje musí výstup obsahovat?</w:t>
            </w:r>
          </w:p>
          <w:p w14:paraId="15FBC1CE" w14:textId="0C551F2A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7646C989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39BA7B52" w14:textId="77777777">
        <w:trPr>
          <w:cantSplit/>
          <w:jc w:val="center"/>
        </w:trPr>
        <w:tc>
          <w:tcPr>
            <w:tcW w:w="9746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03B7086C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Jaké fotografie, ilustrace, logo nebo další soubory jsou k dispozici?</w:t>
            </w:r>
          </w:p>
          <w:p w14:paraId="1FCACF22" w14:textId="6BBD8C7B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42791229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41AAFD35" w14:textId="77777777">
        <w:trPr>
          <w:cantSplit/>
          <w:jc w:val="center"/>
        </w:trPr>
        <w:tc>
          <w:tcPr>
            <w:tcW w:w="9746" w:type="dxa"/>
            <w:shd w:val="clear" w:color="auto" w:fill="FAFAF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4219DD1E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Jsou podklady finální, nebo se budou ještě měnit?</w:t>
            </w:r>
          </w:p>
          <w:p w14:paraId="7544AA0D" w14:textId="1BDD7B0F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663CB2FA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6AC18C37" w14:textId="77777777">
        <w:trPr>
          <w:cantSplit/>
          <w:jc w:val="center"/>
        </w:trPr>
        <w:tc>
          <w:tcPr>
            <w:tcW w:w="9746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7C0B2AB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Co zatím chybí, kdo to dodá a kdy?</w:t>
            </w:r>
          </w:p>
          <w:p w14:paraId="169330DA" w14:textId="544F8F76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27C5CFCC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562885D6" w14:textId="77777777">
        <w:trPr>
          <w:cantSplit/>
          <w:jc w:val="center"/>
        </w:trPr>
        <w:tc>
          <w:tcPr>
            <w:tcW w:w="9746" w:type="dxa"/>
            <w:shd w:val="clear" w:color="auto" w:fill="FAFAF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1E2D0248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Jsou potřeba jazykové mutace, QR kódy, povinné formulace nebo loga partnerů?</w:t>
            </w:r>
          </w:p>
          <w:p w14:paraId="3FBD5800" w14:textId="21481496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5DE5DBA7" w14:textId="77777777" w:rsidR="00852299" w:rsidRPr="007559E9" w:rsidRDefault="00852299">
            <w:pPr>
              <w:rPr>
                <w:lang w:val="cs-CZ"/>
              </w:rPr>
            </w:pPr>
          </w:p>
        </w:tc>
      </w:tr>
    </w:tbl>
    <w:p w14:paraId="6BA3395B" w14:textId="77777777" w:rsidR="00852299" w:rsidRPr="007559E9" w:rsidRDefault="00852299">
      <w:pPr>
        <w:spacing w:after="40"/>
        <w:rPr>
          <w:lang w:val="cs-CZ"/>
        </w:rPr>
      </w:pPr>
    </w:p>
    <w:p w14:paraId="6FDC575C" w14:textId="77777777" w:rsidR="00852299" w:rsidRPr="007559E9" w:rsidRDefault="00000000">
      <w:pPr>
        <w:rPr>
          <w:lang w:val="cs-CZ"/>
        </w:rPr>
      </w:pPr>
      <w:r w:rsidRPr="007559E9">
        <w:rPr>
          <w:lang w:val="cs-CZ"/>
        </w:rPr>
        <w:br w:type="page"/>
      </w:r>
    </w:p>
    <w:p w14:paraId="731055A3" w14:textId="77777777" w:rsidR="00852299" w:rsidRPr="007559E9" w:rsidRDefault="00000000">
      <w:pPr>
        <w:pStyle w:val="Nadpis2"/>
        <w:rPr>
          <w:lang w:val="cs-CZ"/>
        </w:rPr>
      </w:pPr>
      <w:r w:rsidRPr="007559E9">
        <w:rPr>
          <w:lang w:val="cs-CZ"/>
        </w:rPr>
        <w:lastRenderedPageBreak/>
        <w:t>3. Cílová skupina</w:t>
      </w:r>
    </w:p>
    <w:p w14:paraId="54B239BC" w14:textId="77777777" w:rsidR="00852299" w:rsidRPr="007559E9" w:rsidRDefault="00000000">
      <w:pPr>
        <w:spacing w:after="140"/>
        <w:rPr>
          <w:lang w:val="cs-CZ"/>
        </w:rPr>
      </w:pPr>
      <w:r w:rsidRPr="007559E9">
        <w:rPr>
          <w:rFonts w:cs="Arial"/>
          <w:lang w:val="cs-CZ"/>
        </w:rPr>
        <w:t>Popište, komu je výstup určený a co má této skupině předat.</w:t>
      </w:r>
    </w:p>
    <w:tbl>
      <w:tblPr>
        <w:tblW w:w="0" w:type="auto"/>
        <w:jc w:val="center"/>
        <w:tblBorders>
          <w:top w:val="single" w:sz="6" w:space="0" w:color="D9D6E8"/>
          <w:left w:val="single" w:sz="6" w:space="0" w:color="D9D6E8"/>
          <w:bottom w:val="single" w:sz="6" w:space="0" w:color="D9D6E8"/>
          <w:right w:val="single" w:sz="6" w:space="0" w:color="D9D6E8"/>
          <w:insideH w:val="single" w:sz="6" w:space="0" w:color="D9D6E8"/>
          <w:insideV w:val="single" w:sz="6" w:space="0" w:color="D9D6E8"/>
        </w:tblBorders>
        <w:tblLook w:val="04A0" w:firstRow="1" w:lastRow="0" w:firstColumn="1" w:lastColumn="0" w:noHBand="0" w:noVBand="1"/>
      </w:tblPr>
      <w:tblGrid>
        <w:gridCol w:w="9730"/>
      </w:tblGrid>
      <w:tr w:rsidR="00852299" w:rsidRPr="007559E9" w14:paraId="6C377F69" w14:textId="77777777">
        <w:trPr>
          <w:cantSplit/>
          <w:jc w:val="center"/>
        </w:trPr>
        <w:tc>
          <w:tcPr>
            <w:tcW w:w="9746" w:type="dxa"/>
            <w:shd w:val="clear" w:color="auto" w:fill="FAFAF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45DD450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Kdo výstup uvidí?</w:t>
            </w:r>
          </w:p>
          <w:p w14:paraId="2EA6D3EF" w14:textId="774D42DF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511D4D9E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51B9B454" w14:textId="77777777">
        <w:trPr>
          <w:cantSplit/>
          <w:jc w:val="center"/>
        </w:trPr>
        <w:tc>
          <w:tcPr>
            <w:tcW w:w="9746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81FD742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Co už tito lidé o tématu nebo značce vědí?</w:t>
            </w:r>
          </w:p>
          <w:p w14:paraId="6891B90B" w14:textId="4F6B0101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3974D26F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3871C32B" w14:textId="77777777">
        <w:trPr>
          <w:cantSplit/>
          <w:jc w:val="center"/>
        </w:trPr>
        <w:tc>
          <w:tcPr>
            <w:tcW w:w="9746" w:type="dxa"/>
            <w:shd w:val="clear" w:color="auto" w:fill="FAFAF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C47E9B5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Co mají po zhlédnutí pochopit, cítit nebo udělat?</w:t>
            </w:r>
          </w:p>
          <w:p w14:paraId="4DDDB3DF" w14:textId="7720FEF7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4D4A5A29" w14:textId="77777777" w:rsidR="00852299" w:rsidRPr="007559E9" w:rsidRDefault="00852299">
            <w:pPr>
              <w:rPr>
                <w:lang w:val="cs-CZ"/>
              </w:rPr>
            </w:pPr>
          </w:p>
        </w:tc>
      </w:tr>
    </w:tbl>
    <w:p w14:paraId="7F590E27" w14:textId="77777777" w:rsidR="00852299" w:rsidRPr="007559E9" w:rsidRDefault="00852299">
      <w:pPr>
        <w:spacing w:after="40"/>
        <w:rPr>
          <w:lang w:val="cs-CZ"/>
        </w:rPr>
      </w:pPr>
    </w:p>
    <w:p w14:paraId="1680DD97" w14:textId="77777777" w:rsidR="00852299" w:rsidRPr="007559E9" w:rsidRDefault="00000000">
      <w:pPr>
        <w:pStyle w:val="Nadpis2"/>
        <w:rPr>
          <w:lang w:val="cs-CZ"/>
        </w:rPr>
      </w:pPr>
      <w:r w:rsidRPr="007559E9">
        <w:rPr>
          <w:lang w:val="cs-CZ"/>
        </w:rPr>
        <w:t>4. Vizuální směr</w:t>
      </w:r>
    </w:p>
    <w:p w14:paraId="68C1A13A" w14:textId="452395F6" w:rsidR="00852299" w:rsidRPr="007559E9" w:rsidRDefault="00D12761">
      <w:pPr>
        <w:spacing w:after="140"/>
        <w:rPr>
          <w:lang w:val="cs-CZ"/>
        </w:rPr>
      </w:pPr>
      <w:r w:rsidRPr="00D12761">
        <w:rPr>
          <w:rFonts w:cs="Arial"/>
          <w:lang w:val="cs-CZ"/>
        </w:rPr>
        <w:t>Doplňte podklady a reference, které pomohou návrh sladit se značkou a vašimi očekáváními.</w:t>
      </w:r>
    </w:p>
    <w:tbl>
      <w:tblPr>
        <w:tblW w:w="0" w:type="auto"/>
        <w:jc w:val="center"/>
        <w:tblBorders>
          <w:top w:val="single" w:sz="6" w:space="0" w:color="D9D6E8"/>
          <w:left w:val="single" w:sz="6" w:space="0" w:color="D9D6E8"/>
          <w:bottom w:val="single" w:sz="6" w:space="0" w:color="D9D6E8"/>
          <w:right w:val="single" w:sz="6" w:space="0" w:color="D9D6E8"/>
          <w:insideH w:val="single" w:sz="6" w:space="0" w:color="D9D6E8"/>
          <w:insideV w:val="single" w:sz="6" w:space="0" w:color="D9D6E8"/>
        </w:tblBorders>
        <w:tblLook w:val="04A0" w:firstRow="1" w:lastRow="0" w:firstColumn="1" w:lastColumn="0" w:noHBand="0" w:noVBand="1"/>
      </w:tblPr>
      <w:tblGrid>
        <w:gridCol w:w="9730"/>
      </w:tblGrid>
      <w:tr w:rsidR="00852299" w:rsidRPr="007559E9" w14:paraId="327EB348" w14:textId="77777777">
        <w:trPr>
          <w:cantSplit/>
          <w:jc w:val="center"/>
        </w:trPr>
        <w:tc>
          <w:tcPr>
            <w:tcW w:w="9746" w:type="dxa"/>
            <w:shd w:val="clear" w:color="auto" w:fill="FAFAF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675310D3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Na jaký vizuální styl má návrh navazovat?</w:t>
            </w:r>
          </w:p>
          <w:p w14:paraId="78B957EC" w14:textId="4C69A7F5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796F00CD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20466C93" w14:textId="77777777">
        <w:trPr>
          <w:cantSplit/>
          <w:jc w:val="center"/>
        </w:trPr>
        <w:tc>
          <w:tcPr>
            <w:tcW w:w="9746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41B09FE8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Kde najde grafik manuál, logo, písma a starší materiály?</w:t>
            </w:r>
          </w:p>
          <w:p w14:paraId="2FF35D73" w14:textId="6F85C25F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2654DA46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33A2ECB5" w14:textId="77777777">
        <w:trPr>
          <w:cantSplit/>
          <w:jc w:val="center"/>
        </w:trPr>
        <w:tc>
          <w:tcPr>
            <w:tcW w:w="9746" w:type="dxa"/>
            <w:shd w:val="clear" w:color="auto" w:fill="FAFAF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48BFFF45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Jaké reference přikládáte a co konkrétně se vám na nich líbí?</w:t>
            </w:r>
          </w:p>
          <w:p w14:paraId="08B0D8EE" w14:textId="0B5451C1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037ED44B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5F3A8440" w14:textId="77777777">
        <w:trPr>
          <w:cantSplit/>
          <w:jc w:val="center"/>
        </w:trPr>
        <w:tc>
          <w:tcPr>
            <w:tcW w:w="9746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0C5F9CB8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Čemu se chcete vyhnout?</w:t>
            </w:r>
          </w:p>
          <w:p w14:paraId="4B0C04D4" w14:textId="3A75532F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27220585" w14:textId="77777777" w:rsidR="00852299" w:rsidRPr="007559E9" w:rsidRDefault="00852299">
            <w:pPr>
              <w:rPr>
                <w:lang w:val="cs-CZ"/>
              </w:rPr>
            </w:pPr>
          </w:p>
        </w:tc>
      </w:tr>
    </w:tbl>
    <w:p w14:paraId="62F06948" w14:textId="77777777" w:rsidR="00852299" w:rsidRPr="007559E9" w:rsidRDefault="00852299">
      <w:pPr>
        <w:spacing w:after="40"/>
        <w:rPr>
          <w:lang w:val="cs-CZ"/>
        </w:rPr>
      </w:pPr>
    </w:p>
    <w:p w14:paraId="3C03EDC9" w14:textId="77777777" w:rsidR="00852299" w:rsidRPr="007559E9" w:rsidRDefault="00000000">
      <w:pPr>
        <w:rPr>
          <w:lang w:val="cs-CZ"/>
        </w:rPr>
      </w:pPr>
      <w:r w:rsidRPr="007559E9">
        <w:rPr>
          <w:lang w:val="cs-CZ"/>
        </w:rPr>
        <w:br w:type="page"/>
      </w:r>
    </w:p>
    <w:p w14:paraId="7DC610CE" w14:textId="77777777" w:rsidR="00852299" w:rsidRPr="007559E9" w:rsidRDefault="00000000">
      <w:pPr>
        <w:pStyle w:val="Nadpis2"/>
        <w:rPr>
          <w:lang w:val="cs-CZ"/>
        </w:rPr>
      </w:pPr>
      <w:r w:rsidRPr="007559E9">
        <w:rPr>
          <w:lang w:val="cs-CZ"/>
        </w:rPr>
        <w:lastRenderedPageBreak/>
        <w:t>5. Způsob použití</w:t>
      </w:r>
    </w:p>
    <w:p w14:paraId="327FB868" w14:textId="77777777" w:rsidR="00852299" w:rsidRPr="007559E9" w:rsidRDefault="00000000">
      <w:pPr>
        <w:spacing w:after="140"/>
        <w:rPr>
          <w:lang w:val="cs-CZ"/>
        </w:rPr>
      </w:pPr>
      <w:r w:rsidRPr="007559E9">
        <w:rPr>
          <w:rFonts w:cs="Arial"/>
          <w:lang w:val="cs-CZ"/>
        </w:rPr>
        <w:t>Uveďte všechna známá použití, varianty a technické požadavky.</w:t>
      </w:r>
    </w:p>
    <w:tbl>
      <w:tblPr>
        <w:tblW w:w="0" w:type="auto"/>
        <w:jc w:val="center"/>
        <w:tblBorders>
          <w:top w:val="single" w:sz="6" w:space="0" w:color="D9D6E8"/>
          <w:left w:val="single" w:sz="6" w:space="0" w:color="D9D6E8"/>
          <w:bottom w:val="single" w:sz="6" w:space="0" w:color="D9D6E8"/>
          <w:right w:val="single" w:sz="6" w:space="0" w:color="D9D6E8"/>
          <w:insideH w:val="single" w:sz="6" w:space="0" w:color="D9D6E8"/>
          <w:insideV w:val="single" w:sz="6" w:space="0" w:color="D9D6E8"/>
        </w:tblBorders>
        <w:tblLook w:val="04A0" w:firstRow="1" w:lastRow="0" w:firstColumn="1" w:lastColumn="0" w:noHBand="0" w:noVBand="1"/>
      </w:tblPr>
      <w:tblGrid>
        <w:gridCol w:w="9730"/>
      </w:tblGrid>
      <w:tr w:rsidR="00852299" w:rsidRPr="007559E9" w14:paraId="4CC864FC" w14:textId="77777777">
        <w:trPr>
          <w:cantSplit/>
          <w:jc w:val="center"/>
        </w:trPr>
        <w:tc>
          <w:tcPr>
            <w:tcW w:w="9746" w:type="dxa"/>
            <w:shd w:val="clear" w:color="auto" w:fill="FAFAF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68D23423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Kde a jak se bude grafika používat?</w:t>
            </w:r>
          </w:p>
          <w:p w14:paraId="6327120E" w14:textId="55D22B40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6CECA024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61DE7E71" w14:textId="77777777">
        <w:trPr>
          <w:cantSplit/>
          <w:jc w:val="center"/>
        </w:trPr>
        <w:tc>
          <w:tcPr>
            <w:tcW w:w="9746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ED70491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Jaké rozměry, poměry stran nebo formáty jsou potřeba?</w:t>
            </w:r>
          </w:p>
          <w:p w14:paraId="59D71387" w14:textId="6764182A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2B150E9E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723C73EA" w14:textId="77777777">
        <w:trPr>
          <w:cantSplit/>
          <w:jc w:val="center"/>
        </w:trPr>
        <w:tc>
          <w:tcPr>
            <w:tcW w:w="9746" w:type="dxa"/>
            <w:shd w:val="clear" w:color="auto" w:fill="FAFAF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FA593FC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Má vzniknout více variant, velikostí nebo jazykových verzí?</w:t>
            </w:r>
          </w:p>
          <w:p w14:paraId="7E2B09B4" w14:textId="464A3D4D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54203274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46680840" w14:textId="77777777">
        <w:trPr>
          <w:cantSplit/>
          <w:jc w:val="center"/>
        </w:trPr>
        <w:tc>
          <w:tcPr>
            <w:tcW w:w="9746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1437C7CE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 xml:space="preserve">Jaká data má grafik odevzdat? (např. PDF, JPG, PPTX, </w:t>
            </w:r>
            <w:proofErr w:type="spellStart"/>
            <w:r w:rsidRPr="007559E9">
              <w:rPr>
                <w:rFonts w:cs="Arial"/>
                <w:b/>
                <w:sz w:val="19"/>
                <w:lang w:val="cs-CZ"/>
              </w:rPr>
              <w:t>Canva</w:t>
            </w:r>
            <w:proofErr w:type="spellEnd"/>
            <w:r w:rsidRPr="007559E9">
              <w:rPr>
                <w:rFonts w:cs="Arial"/>
                <w:b/>
                <w:sz w:val="19"/>
                <w:lang w:val="cs-CZ"/>
              </w:rPr>
              <w:t>, otevřená data)</w:t>
            </w:r>
          </w:p>
          <w:p w14:paraId="3AF8DD9D" w14:textId="161801B3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785A9737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4C20F5E1" w14:textId="77777777">
        <w:trPr>
          <w:cantSplit/>
          <w:jc w:val="center"/>
        </w:trPr>
        <w:tc>
          <w:tcPr>
            <w:tcW w:w="9746" w:type="dxa"/>
            <w:shd w:val="clear" w:color="auto" w:fill="FAFAF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0114F0D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Jsou k dispozici technické požadavky tiskárny, platformy nebo dodavatele?</w:t>
            </w:r>
          </w:p>
          <w:p w14:paraId="53126A5B" w14:textId="29798091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04870D96" w14:textId="77777777" w:rsidR="00852299" w:rsidRPr="007559E9" w:rsidRDefault="00852299">
            <w:pPr>
              <w:rPr>
                <w:lang w:val="cs-CZ"/>
              </w:rPr>
            </w:pPr>
          </w:p>
        </w:tc>
      </w:tr>
    </w:tbl>
    <w:p w14:paraId="27859008" w14:textId="77777777" w:rsidR="00852299" w:rsidRPr="007559E9" w:rsidRDefault="00852299">
      <w:pPr>
        <w:spacing w:after="40"/>
        <w:rPr>
          <w:lang w:val="cs-CZ"/>
        </w:rPr>
      </w:pPr>
    </w:p>
    <w:p w14:paraId="49F34DD6" w14:textId="77777777" w:rsidR="00852299" w:rsidRPr="007559E9" w:rsidRDefault="00000000">
      <w:pPr>
        <w:rPr>
          <w:lang w:val="cs-CZ"/>
        </w:rPr>
      </w:pPr>
      <w:r w:rsidRPr="007559E9">
        <w:rPr>
          <w:lang w:val="cs-CZ"/>
        </w:rPr>
        <w:br w:type="page"/>
      </w:r>
    </w:p>
    <w:p w14:paraId="15FDD6CC" w14:textId="77777777" w:rsidR="00852299" w:rsidRPr="007559E9" w:rsidRDefault="00000000">
      <w:pPr>
        <w:pStyle w:val="Nadpis2"/>
        <w:rPr>
          <w:lang w:val="cs-CZ"/>
        </w:rPr>
      </w:pPr>
      <w:r w:rsidRPr="007559E9">
        <w:rPr>
          <w:lang w:val="cs-CZ"/>
        </w:rPr>
        <w:lastRenderedPageBreak/>
        <w:t>6. Termín a schvalování</w:t>
      </w:r>
    </w:p>
    <w:p w14:paraId="46261199" w14:textId="77777777" w:rsidR="00852299" w:rsidRPr="007559E9" w:rsidRDefault="00000000">
      <w:pPr>
        <w:spacing w:after="140"/>
        <w:rPr>
          <w:lang w:val="cs-CZ"/>
        </w:rPr>
      </w:pPr>
      <w:r w:rsidRPr="007559E9">
        <w:rPr>
          <w:rFonts w:cs="Arial"/>
          <w:lang w:val="cs-CZ"/>
        </w:rPr>
        <w:t>Nastavte termíny a rozhodování tak, aby bylo jasné, kdo a kdy na projektu navazuje.</w:t>
      </w:r>
    </w:p>
    <w:tbl>
      <w:tblPr>
        <w:tblW w:w="0" w:type="auto"/>
        <w:jc w:val="center"/>
        <w:tblBorders>
          <w:top w:val="single" w:sz="6" w:space="0" w:color="D9D6E8"/>
          <w:left w:val="single" w:sz="6" w:space="0" w:color="D9D6E8"/>
          <w:bottom w:val="single" w:sz="6" w:space="0" w:color="D9D6E8"/>
          <w:right w:val="single" w:sz="6" w:space="0" w:color="D9D6E8"/>
          <w:insideH w:val="single" w:sz="6" w:space="0" w:color="D9D6E8"/>
          <w:insideV w:val="single" w:sz="6" w:space="0" w:color="D9D6E8"/>
        </w:tblBorders>
        <w:tblLook w:val="04A0" w:firstRow="1" w:lastRow="0" w:firstColumn="1" w:lastColumn="0" w:noHBand="0" w:noVBand="1"/>
      </w:tblPr>
      <w:tblGrid>
        <w:gridCol w:w="9730"/>
      </w:tblGrid>
      <w:tr w:rsidR="00852299" w:rsidRPr="007559E9" w14:paraId="560BE829" w14:textId="77777777">
        <w:trPr>
          <w:cantSplit/>
          <w:jc w:val="center"/>
        </w:trPr>
        <w:tc>
          <w:tcPr>
            <w:tcW w:w="9746" w:type="dxa"/>
            <w:shd w:val="clear" w:color="auto" w:fill="FAFAF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D7DEAFB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Kdy potřebujete první návrh?</w:t>
            </w:r>
          </w:p>
          <w:p w14:paraId="22AC7534" w14:textId="5C20A28A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4D191372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53FB71F4" w14:textId="77777777">
        <w:trPr>
          <w:cantSplit/>
          <w:jc w:val="center"/>
        </w:trPr>
        <w:tc>
          <w:tcPr>
            <w:tcW w:w="9746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1D64E61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Kdy dodáte připomínky a chybějící podklady?</w:t>
            </w:r>
          </w:p>
          <w:p w14:paraId="35899EC7" w14:textId="3C0ADA79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7B9D1354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29354522" w14:textId="77777777">
        <w:trPr>
          <w:cantSplit/>
          <w:jc w:val="center"/>
        </w:trPr>
        <w:tc>
          <w:tcPr>
            <w:tcW w:w="9746" w:type="dxa"/>
            <w:shd w:val="clear" w:color="auto" w:fill="FAFAF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704F81F8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Kdy musí být hotová finální data?</w:t>
            </w:r>
          </w:p>
          <w:p w14:paraId="3539E940" w14:textId="5CDDB481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09B6144B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2433068C" w14:textId="77777777">
        <w:trPr>
          <w:cantSplit/>
          <w:jc w:val="center"/>
        </w:trPr>
        <w:tc>
          <w:tcPr>
            <w:tcW w:w="9746" w:type="dx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7BA9F28E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Kdo návrh schvaluje a kdo shromažďuje připomínky?</w:t>
            </w:r>
          </w:p>
          <w:p w14:paraId="41CB1D2F" w14:textId="21498D90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282B679F" w14:textId="77777777" w:rsidR="00852299" w:rsidRPr="007559E9" w:rsidRDefault="00852299">
            <w:pPr>
              <w:rPr>
                <w:lang w:val="cs-CZ"/>
              </w:rPr>
            </w:pPr>
          </w:p>
        </w:tc>
      </w:tr>
      <w:tr w:rsidR="00852299" w:rsidRPr="007559E9" w14:paraId="4FC69A7F" w14:textId="77777777">
        <w:trPr>
          <w:cantSplit/>
          <w:jc w:val="center"/>
        </w:trPr>
        <w:tc>
          <w:tcPr>
            <w:tcW w:w="9746" w:type="dxa"/>
            <w:shd w:val="clear" w:color="auto" w:fill="FAFAFC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48EDCC9" w14:textId="77777777" w:rsidR="00852299" w:rsidRPr="007559E9" w:rsidRDefault="00000000">
            <w:pPr>
              <w:spacing w:after="60"/>
              <w:rPr>
                <w:lang w:val="cs-CZ"/>
              </w:rPr>
            </w:pPr>
            <w:r w:rsidRPr="007559E9">
              <w:rPr>
                <w:rFonts w:cs="Arial"/>
                <w:b/>
                <w:sz w:val="19"/>
                <w:lang w:val="cs-CZ"/>
              </w:rPr>
              <w:t>Jaký je rozpočet nebo předpokládaný rozsah práce?</w:t>
            </w:r>
          </w:p>
          <w:p w14:paraId="07B8E024" w14:textId="345CE4E1" w:rsidR="00852299" w:rsidRPr="007559E9" w:rsidRDefault="001F6DC6">
            <w:pPr>
              <w:spacing w:after="60"/>
              <w:rPr>
                <w:lang w:val="cs-CZ"/>
              </w:rPr>
            </w:pPr>
            <w:r>
              <w:rPr>
                <w:rFonts w:cs="Arial"/>
                <w:i/>
                <w:color w:val="8A8A8A"/>
                <w:sz w:val="18"/>
                <w:lang w:val="cs-CZ"/>
              </w:rPr>
              <w:t>D</w:t>
            </w: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oplňte odpověď.</w:t>
            </w:r>
          </w:p>
          <w:p w14:paraId="5A7B85BD" w14:textId="77777777" w:rsidR="00852299" w:rsidRPr="007559E9" w:rsidRDefault="00852299">
            <w:pPr>
              <w:rPr>
                <w:lang w:val="cs-CZ"/>
              </w:rPr>
            </w:pPr>
          </w:p>
        </w:tc>
      </w:tr>
    </w:tbl>
    <w:p w14:paraId="1121D720" w14:textId="77777777" w:rsidR="00852299" w:rsidRPr="007559E9" w:rsidRDefault="00852299">
      <w:pPr>
        <w:spacing w:after="40"/>
        <w:rPr>
          <w:lang w:val="cs-CZ"/>
        </w:rPr>
      </w:pPr>
    </w:p>
    <w:p w14:paraId="5A46AA0F" w14:textId="77777777" w:rsidR="00852299" w:rsidRPr="007559E9" w:rsidRDefault="00000000">
      <w:pPr>
        <w:pStyle w:val="Nadpis2"/>
        <w:rPr>
          <w:lang w:val="cs-CZ"/>
        </w:rPr>
      </w:pPr>
      <w:r w:rsidRPr="007559E9">
        <w:rPr>
          <w:lang w:val="cs-CZ"/>
        </w:rPr>
        <w:t>Další poznámky</w:t>
      </w:r>
    </w:p>
    <w:tbl>
      <w:tblPr>
        <w:tblW w:w="0" w:type="auto"/>
        <w:jc w:val="center"/>
        <w:tblBorders>
          <w:top w:val="single" w:sz="6" w:space="0" w:color="D9D6E8"/>
          <w:left w:val="single" w:sz="6" w:space="0" w:color="D9D6E8"/>
          <w:bottom w:val="single" w:sz="6" w:space="0" w:color="D9D6E8"/>
          <w:right w:val="single" w:sz="6" w:space="0" w:color="D9D6E8"/>
        </w:tblBorders>
        <w:tblLook w:val="04A0" w:firstRow="1" w:lastRow="0" w:firstColumn="1" w:lastColumn="0" w:noHBand="0" w:noVBand="1"/>
      </w:tblPr>
      <w:tblGrid>
        <w:gridCol w:w="9730"/>
      </w:tblGrid>
      <w:tr w:rsidR="00852299" w:rsidRPr="007559E9" w14:paraId="1304D801" w14:textId="77777777">
        <w:trPr>
          <w:jc w:val="center"/>
        </w:trPr>
        <w:tc>
          <w:tcPr>
            <w:tcW w:w="9746" w:type="dxa"/>
            <w:tcMar>
              <w:top w:w="160" w:type="dxa"/>
              <w:left w:w="180" w:type="dxa"/>
              <w:bottom w:w="500" w:type="dxa"/>
              <w:right w:w="180" w:type="dxa"/>
            </w:tcMar>
          </w:tcPr>
          <w:p w14:paraId="63F6ED92" w14:textId="77777777" w:rsidR="00852299" w:rsidRPr="007559E9" w:rsidRDefault="00000000">
            <w:pPr>
              <w:rPr>
                <w:lang w:val="cs-CZ"/>
              </w:rPr>
            </w:pPr>
            <w:r w:rsidRPr="007559E9">
              <w:rPr>
                <w:rFonts w:cs="Arial"/>
                <w:i/>
                <w:color w:val="8A8A8A"/>
                <w:sz w:val="18"/>
                <w:lang w:val="cs-CZ"/>
              </w:rPr>
              <w:t>Doplňte další souvislosti, omezení nebo otázky.</w:t>
            </w:r>
          </w:p>
        </w:tc>
      </w:tr>
    </w:tbl>
    <w:p w14:paraId="3BDF494C" w14:textId="77777777" w:rsidR="00852299" w:rsidRPr="007559E9" w:rsidRDefault="00000000">
      <w:pPr>
        <w:rPr>
          <w:lang w:val="cs-CZ"/>
        </w:rPr>
      </w:pPr>
      <w:r w:rsidRPr="007559E9">
        <w:rPr>
          <w:lang w:val="cs-CZ"/>
        </w:rPr>
        <w:br w:type="page"/>
      </w:r>
    </w:p>
    <w:p w14:paraId="000BC586" w14:textId="77777777" w:rsidR="00852299" w:rsidRPr="007559E9" w:rsidRDefault="00000000">
      <w:pPr>
        <w:pStyle w:val="Nadpis1"/>
        <w:rPr>
          <w:lang w:val="cs-CZ"/>
        </w:rPr>
      </w:pPr>
      <w:r w:rsidRPr="007559E9">
        <w:rPr>
          <w:lang w:val="cs-CZ"/>
        </w:rPr>
        <w:lastRenderedPageBreak/>
        <w:t>Kontrola před odesláním</w:t>
      </w:r>
    </w:p>
    <w:p w14:paraId="5EA56225" w14:textId="77777777" w:rsidR="00852299" w:rsidRPr="007559E9" w:rsidRDefault="00000000">
      <w:pPr>
        <w:rPr>
          <w:lang w:val="cs-CZ"/>
        </w:rPr>
      </w:pPr>
      <w:r w:rsidRPr="007559E9">
        <w:rPr>
          <w:rFonts w:cs="Arial"/>
          <w:lang w:val="cs-CZ"/>
        </w:rPr>
        <w:t>Než brief pošlete, zkontrolujte, zda obsahuje informace, podle kterých lze projekt zahájit a naplánovat.</w:t>
      </w:r>
    </w:p>
    <w:p w14:paraId="09B315B0" w14:textId="20D4A056" w:rsidR="00852299" w:rsidRPr="007559E9" w:rsidRDefault="00000000">
      <w:pPr>
        <w:spacing w:after="40"/>
        <w:ind w:left="85"/>
        <w:rPr>
          <w:lang w:val="cs-CZ"/>
        </w:rPr>
      </w:pPr>
      <w:r w:rsidRPr="007559E9">
        <w:rPr>
          <w:rFonts w:cs="Arial"/>
          <w:sz w:val="20"/>
          <w:lang w:val="cs-CZ"/>
        </w:rPr>
        <w:t xml:space="preserve">☐ </w:t>
      </w:r>
      <w:r w:rsidR="007229E6">
        <w:rPr>
          <w:rFonts w:cs="Arial"/>
          <w:sz w:val="20"/>
          <w:lang w:val="cs-CZ"/>
        </w:rPr>
        <w:t xml:space="preserve"> </w:t>
      </w:r>
      <w:r w:rsidRPr="007559E9">
        <w:rPr>
          <w:rFonts w:cs="Arial"/>
          <w:sz w:val="20"/>
          <w:lang w:val="cs-CZ"/>
        </w:rPr>
        <w:t>Je jasné, co má vzniknout a jaký je cíl?</w:t>
      </w:r>
    </w:p>
    <w:p w14:paraId="3653C5CC" w14:textId="1817C33C" w:rsidR="00852299" w:rsidRPr="007559E9" w:rsidRDefault="00000000">
      <w:pPr>
        <w:spacing w:after="40"/>
        <w:ind w:left="85"/>
        <w:rPr>
          <w:lang w:val="cs-CZ"/>
        </w:rPr>
      </w:pPr>
      <w:r w:rsidRPr="007559E9">
        <w:rPr>
          <w:rFonts w:cs="Arial"/>
          <w:sz w:val="20"/>
          <w:lang w:val="cs-CZ"/>
        </w:rPr>
        <w:t xml:space="preserve">☐ </w:t>
      </w:r>
      <w:r w:rsidR="007229E6">
        <w:rPr>
          <w:rFonts w:cs="Arial"/>
          <w:sz w:val="20"/>
          <w:lang w:val="cs-CZ"/>
        </w:rPr>
        <w:t xml:space="preserve"> </w:t>
      </w:r>
      <w:r w:rsidRPr="007559E9">
        <w:rPr>
          <w:rFonts w:cs="Arial"/>
          <w:sz w:val="20"/>
          <w:lang w:val="cs-CZ"/>
        </w:rPr>
        <w:t>Je uvedeno, pro koho se výstup tvoří?</w:t>
      </w:r>
    </w:p>
    <w:p w14:paraId="46D7FA2D" w14:textId="62A98CEB" w:rsidR="00852299" w:rsidRPr="007559E9" w:rsidRDefault="00000000">
      <w:pPr>
        <w:spacing w:after="40"/>
        <w:ind w:left="85"/>
        <w:rPr>
          <w:lang w:val="cs-CZ"/>
        </w:rPr>
      </w:pPr>
      <w:r w:rsidRPr="007559E9">
        <w:rPr>
          <w:rFonts w:cs="Arial"/>
          <w:sz w:val="20"/>
          <w:lang w:val="cs-CZ"/>
        </w:rPr>
        <w:t xml:space="preserve">☐ </w:t>
      </w:r>
      <w:r w:rsidR="007229E6">
        <w:rPr>
          <w:rFonts w:cs="Arial"/>
          <w:sz w:val="20"/>
          <w:lang w:val="cs-CZ"/>
        </w:rPr>
        <w:t xml:space="preserve"> </w:t>
      </w:r>
      <w:r w:rsidRPr="007559E9">
        <w:rPr>
          <w:rFonts w:cs="Arial"/>
          <w:sz w:val="20"/>
          <w:lang w:val="cs-CZ"/>
        </w:rPr>
        <w:t>Jsou přiložené všechny dostupné podklady a odkazy?</w:t>
      </w:r>
    </w:p>
    <w:p w14:paraId="66A56CBB" w14:textId="1D8FEF16" w:rsidR="00852299" w:rsidRPr="007559E9" w:rsidRDefault="00000000">
      <w:pPr>
        <w:spacing w:after="40"/>
        <w:ind w:left="85"/>
        <w:rPr>
          <w:lang w:val="cs-CZ"/>
        </w:rPr>
      </w:pPr>
      <w:r w:rsidRPr="007559E9">
        <w:rPr>
          <w:rFonts w:cs="Arial"/>
          <w:sz w:val="20"/>
          <w:lang w:val="cs-CZ"/>
        </w:rPr>
        <w:t xml:space="preserve">☐ </w:t>
      </w:r>
      <w:r w:rsidR="007229E6">
        <w:rPr>
          <w:rFonts w:cs="Arial"/>
          <w:sz w:val="20"/>
          <w:lang w:val="cs-CZ"/>
        </w:rPr>
        <w:t xml:space="preserve"> </w:t>
      </w:r>
      <w:r w:rsidRPr="007559E9">
        <w:rPr>
          <w:rFonts w:cs="Arial"/>
          <w:sz w:val="20"/>
          <w:lang w:val="cs-CZ"/>
        </w:rPr>
        <w:t>Je popsané místo použití, požadované formáty a varianty?</w:t>
      </w:r>
    </w:p>
    <w:p w14:paraId="734940B6" w14:textId="35D3DF0F" w:rsidR="00852299" w:rsidRPr="007559E9" w:rsidRDefault="00000000">
      <w:pPr>
        <w:spacing w:after="40"/>
        <w:ind w:left="85"/>
        <w:rPr>
          <w:lang w:val="cs-CZ"/>
        </w:rPr>
      </w:pPr>
      <w:r w:rsidRPr="007559E9">
        <w:rPr>
          <w:rFonts w:cs="Arial"/>
          <w:sz w:val="20"/>
          <w:lang w:val="cs-CZ"/>
        </w:rPr>
        <w:t xml:space="preserve">☐ </w:t>
      </w:r>
      <w:r w:rsidR="007229E6">
        <w:rPr>
          <w:rFonts w:cs="Arial"/>
          <w:sz w:val="20"/>
          <w:lang w:val="cs-CZ"/>
        </w:rPr>
        <w:t xml:space="preserve"> </w:t>
      </w:r>
      <w:r w:rsidRPr="007559E9">
        <w:rPr>
          <w:rFonts w:cs="Arial"/>
          <w:sz w:val="20"/>
          <w:lang w:val="cs-CZ"/>
        </w:rPr>
        <w:t>Je zřejmé, kdo návrh schvaluje a kdo předává zpětnou vazbu?</w:t>
      </w:r>
    </w:p>
    <w:p w14:paraId="5C446CD8" w14:textId="1C21018B" w:rsidR="00852299" w:rsidRPr="007559E9" w:rsidRDefault="00000000">
      <w:pPr>
        <w:spacing w:after="40"/>
        <w:ind w:left="85"/>
        <w:rPr>
          <w:lang w:val="cs-CZ"/>
        </w:rPr>
      </w:pPr>
      <w:r w:rsidRPr="007559E9">
        <w:rPr>
          <w:rFonts w:cs="Arial"/>
          <w:sz w:val="20"/>
          <w:lang w:val="cs-CZ"/>
        </w:rPr>
        <w:t xml:space="preserve">☐ </w:t>
      </w:r>
      <w:r w:rsidR="007229E6">
        <w:rPr>
          <w:rFonts w:cs="Arial"/>
          <w:sz w:val="20"/>
          <w:lang w:val="cs-CZ"/>
        </w:rPr>
        <w:t xml:space="preserve"> </w:t>
      </w:r>
      <w:r w:rsidRPr="007559E9">
        <w:rPr>
          <w:rFonts w:cs="Arial"/>
          <w:sz w:val="20"/>
          <w:lang w:val="cs-CZ"/>
        </w:rPr>
        <w:t>Jsou uvedené termíny a chybějící informace?</w:t>
      </w:r>
    </w:p>
    <w:p w14:paraId="48107582" w14:textId="772E313A" w:rsidR="00852299" w:rsidRDefault="00000000">
      <w:pPr>
        <w:spacing w:after="40"/>
        <w:ind w:left="85"/>
        <w:rPr>
          <w:rFonts w:cs="Arial"/>
          <w:sz w:val="20"/>
          <w:lang w:val="cs-CZ"/>
        </w:rPr>
      </w:pPr>
      <w:r w:rsidRPr="007559E9">
        <w:rPr>
          <w:rFonts w:cs="Arial"/>
          <w:sz w:val="20"/>
          <w:lang w:val="cs-CZ"/>
        </w:rPr>
        <w:t xml:space="preserve">☐ </w:t>
      </w:r>
      <w:r w:rsidR="007229E6">
        <w:rPr>
          <w:rFonts w:cs="Arial"/>
          <w:sz w:val="20"/>
          <w:lang w:val="cs-CZ"/>
        </w:rPr>
        <w:t xml:space="preserve"> </w:t>
      </w:r>
      <w:r w:rsidR="00C63615" w:rsidRPr="00C63615">
        <w:rPr>
          <w:rFonts w:cs="Arial"/>
          <w:sz w:val="20"/>
          <w:lang w:val="cs-CZ"/>
        </w:rPr>
        <w:t>Jsou nejasnosti otevřeně pojmenované, místo aby byly nahrazeny domněnkami?</w:t>
      </w:r>
    </w:p>
    <w:p w14:paraId="533EB5FC" w14:textId="77777777" w:rsidR="007559E9" w:rsidRPr="007559E9" w:rsidRDefault="007559E9">
      <w:pPr>
        <w:spacing w:after="40"/>
        <w:ind w:left="85"/>
        <w:rPr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30"/>
      </w:tblGrid>
      <w:tr w:rsidR="0002535A" w:rsidRPr="007559E9" w14:paraId="5F3F3C63" w14:textId="77777777" w:rsidTr="00CE1E6C">
        <w:trPr>
          <w:jc w:val="center"/>
        </w:trPr>
        <w:tc>
          <w:tcPr>
            <w:tcW w:w="9746" w:type="dxa"/>
            <w:tcBorders>
              <w:top w:val="single" w:sz="6" w:space="0" w:color="D9D6E8"/>
              <w:left w:val="single" w:sz="6" w:space="0" w:color="D9D6E8"/>
              <w:bottom w:val="single" w:sz="6" w:space="0" w:color="D9D6E8"/>
              <w:right w:val="single" w:sz="6" w:space="0" w:color="D9D6E8"/>
            </w:tcBorders>
            <w:shd w:val="clear" w:color="auto" w:fill="F7F7F7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3A78CA4D" w14:textId="77777777" w:rsidR="00852299" w:rsidRPr="007559E9" w:rsidRDefault="00000000" w:rsidP="00D81967">
            <w:pPr>
              <w:rPr>
                <w:lang w:val="cs-CZ"/>
              </w:rPr>
            </w:pPr>
            <w:r w:rsidRPr="007559E9">
              <w:rPr>
                <w:rFonts w:cs="Arial"/>
                <w:b/>
                <w:lang w:val="cs-CZ"/>
              </w:rPr>
              <w:t>Brief je připravený</w:t>
            </w:r>
          </w:p>
          <w:p w14:paraId="46F5D027" w14:textId="29AD63C9" w:rsidR="00852299" w:rsidRPr="007559E9" w:rsidRDefault="0000000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sz w:val="20"/>
                <w:lang w:val="cs-CZ"/>
              </w:rPr>
              <w:t xml:space="preserve">Uložte ho na jedno </w:t>
            </w:r>
            <w:r w:rsidR="007559E9">
              <w:rPr>
                <w:rFonts w:cs="Arial"/>
                <w:sz w:val="20"/>
                <w:lang w:val="cs-CZ"/>
              </w:rPr>
              <w:t>vybrané</w:t>
            </w:r>
            <w:r w:rsidRPr="007559E9">
              <w:rPr>
                <w:rFonts w:cs="Arial"/>
                <w:sz w:val="20"/>
                <w:lang w:val="cs-CZ"/>
              </w:rPr>
              <w:t xml:space="preserve"> místo společně s podklady. </w:t>
            </w:r>
            <w:r w:rsidR="007559E9">
              <w:rPr>
                <w:rFonts w:cs="Arial"/>
                <w:sz w:val="20"/>
                <w:lang w:val="cs-CZ"/>
              </w:rPr>
              <w:t xml:space="preserve">Pokud řešíte </w:t>
            </w:r>
            <w:r w:rsidR="00D81967">
              <w:rPr>
                <w:rFonts w:cs="Arial"/>
                <w:sz w:val="20"/>
                <w:lang w:val="cs-CZ"/>
              </w:rPr>
              <w:t>zadání</w:t>
            </w:r>
            <w:r w:rsidR="007559E9">
              <w:rPr>
                <w:rFonts w:cs="Arial"/>
                <w:sz w:val="20"/>
                <w:lang w:val="cs-CZ"/>
              </w:rPr>
              <w:t xml:space="preserve"> po t</w:t>
            </w:r>
            <w:r w:rsidRPr="007559E9">
              <w:rPr>
                <w:rFonts w:cs="Arial"/>
                <w:sz w:val="20"/>
                <w:lang w:val="cs-CZ"/>
              </w:rPr>
              <w:t>elefo</w:t>
            </w:r>
            <w:r w:rsidR="007559E9">
              <w:rPr>
                <w:rFonts w:cs="Arial"/>
                <w:sz w:val="20"/>
                <w:lang w:val="cs-CZ"/>
              </w:rPr>
              <w:t>nu, na online meetingu</w:t>
            </w:r>
            <w:r w:rsidRPr="007559E9">
              <w:rPr>
                <w:rFonts w:cs="Arial"/>
                <w:sz w:val="20"/>
                <w:lang w:val="cs-CZ"/>
              </w:rPr>
              <w:t xml:space="preserve"> nebo </w:t>
            </w:r>
            <w:r w:rsidR="007559E9">
              <w:rPr>
                <w:rFonts w:cs="Arial"/>
                <w:sz w:val="20"/>
                <w:lang w:val="cs-CZ"/>
              </w:rPr>
              <w:t xml:space="preserve">osobní </w:t>
            </w:r>
            <w:r w:rsidRPr="007559E9">
              <w:rPr>
                <w:rFonts w:cs="Arial"/>
                <w:sz w:val="20"/>
                <w:lang w:val="cs-CZ"/>
              </w:rPr>
              <w:t>schůz</w:t>
            </w:r>
            <w:r w:rsidR="007559E9">
              <w:rPr>
                <w:rFonts w:cs="Arial"/>
                <w:sz w:val="20"/>
                <w:lang w:val="cs-CZ"/>
              </w:rPr>
              <w:t>ce</w:t>
            </w:r>
            <w:r w:rsidRPr="007559E9">
              <w:rPr>
                <w:rFonts w:cs="Arial"/>
                <w:sz w:val="20"/>
                <w:lang w:val="cs-CZ"/>
              </w:rPr>
              <w:t xml:space="preserve">, </w:t>
            </w:r>
            <w:r w:rsidR="007559E9">
              <w:rPr>
                <w:rFonts w:cs="Arial"/>
                <w:sz w:val="20"/>
                <w:lang w:val="cs-CZ"/>
              </w:rPr>
              <w:t xml:space="preserve">nezapomeňte </w:t>
            </w:r>
            <w:r w:rsidRPr="007559E9">
              <w:rPr>
                <w:rFonts w:cs="Arial"/>
                <w:sz w:val="20"/>
                <w:lang w:val="cs-CZ"/>
              </w:rPr>
              <w:t xml:space="preserve">důležitá rozhodnutí </w:t>
            </w:r>
            <w:r w:rsidR="00D81967">
              <w:rPr>
                <w:rFonts w:cs="Arial"/>
                <w:sz w:val="20"/>
                <w:lang w:val="cs-CZ"/>
              </w:rPr>
              <w:t>do briefu doplnit písemně</w:t>
            </w:r>
            <w:r w:rsidRPr="007559E9">
              <w:rPr>
                <w:rFonts w:cs="Arial"/>
                <w:sz w:val="20"/>
                <w:lang w:val="cs-CZ"/>
              </w:rPr>
              <w:t>.</w:t>
            </w:r>
          </w:p>
        </w:tc>
      </w:tr>
    </w:tbl>
    <w:p w14:paraId="17FC821A" w14:textId="77777777" w:rsidR="00852299" w:rsidRPr="007559E9" w:rsidRDefault="00000000">
      <w:pPr>
        <w:rPr>
          <w:lang w:val="cs-CZ"/>
        </w:rPr>
      </w:pPr>
      <w:r w:rsidRPr="007559E9">
        <w:rPr>
          <w:lang w:val="cs-CZ"/>
        </w:rPr>
        <w:br w:type="page"/>
      </w:r>
    </w:p>
    <w:p w14:paraId="4D17D4A5" w14:textId="77777777" w:rsidR="00852299" w:rsidRPr="007559E9" w:rsidRDefault="00000000" w:rsidP="00537E00">
      <w:pPr>
        <w:pStyle w:val="Kapitoly"/>
        <w:rPr>
          <w:lang w:val="cs-CZ"/>
        </w:rPr>
      </w:pPr>
      <w:r w:rsidRPr="007559E9">
        <w:rPr>
          <w:lang w:val="cs-CZ"/>
        </w:rPr>
        <w:lastRenderedPageBreak/>
        <w:t>ČÁST 2</w:t>
      </w:r>
    </w:p>
    <w:p w14:paraId="2645966F" w14:textId="77777777" w:rsidR="00852299" w:rsidRPr="007559E9" w:rsidRDefault="00000000">
      <w:pPr>
        <w:pStyle w:val="Nadpis1"/>
        <w:rPr>
          <w:lang w:val="cs-CZ"/>
        </w:rPr>
      </w:pPr>
      <w:r w:rsidRPr="007559E9">
        <w:rPr>
          <w:lang w:val="cs-CZ"/>
        </w:rPr>
        <w:t>Průvodce vyplněním</w:t>
      </w:r>
    </w:p>
    <w:p w14:paraId="56A8E7A8" w14:textId="23582CF6" w:rsidR="00852299" w:rsidRPr="007559E9" w:rsidRDefault="00000000">
      <w:pPr>
        <w:rPr>
          <w:lang w:val="cs-CZ"/>
        </w:rPr>
      </w:pPr>
      <w:r w:rsidRPr="007559E9">
        <w:rPr>
          <w:rFonts w:cs="Arial"/>
          <w:lang w:val="cs-CZ"/>
        </w:rPr>
        <w:t>Následující část vysvětluje, proč jednotlivé informace v briefu potřebujete a jak mohou konkrétní odpovědi vypadat. Příklady berte jako inspiraci, ne jako text k</w:t>
      </w:r>
      <w:r w:rsidR="00CE1E6C">
        <w:rPr>
          <w:rFonts w:cs="Arial"/>
          <w:lang w:val="cs-CZ"/>
        </w:rPr>
        <w:t xml:space="preserve">e </w:t>
      </w:r>
      <w:r w:rsidRPr="007559E9">
        <w:rPr>
          <w:rFonts w:cs="Arial"/>
          <w:lang w:val="cs-CZ"/>
        </w:rPr>
        <w:t>kopírování.</w:t>
      </w:r>
    </w:p>
    <w:p w14:paraId="28CBEEE0" w14:textId="77777777" w:rsidR="00852299" w:rsidRPr="007559E9" w:rsidRDefault="00000000">
      <w:pPr>
        <w:pStyle w:val="Nadpis2"/>
        <w:rPr>
          <w:lang w:val="cs-CZ"/>
        </w:rPr>
      </w:pPr>
      <w:r w:rsidRPr="007559E9">
        <w:rPr>
          <w:lang w:val="cs-CZ"/>
        </w:rPr>
        <w:t>1. Výstup a cíl</w:t>
      </w:r>
    </w:p>
    <w:p w14:paraId="3297CEDC" w14:textId="77777777" w:rsidR="00852299" w:rsidRPr="007559E9" w:rsidRDefault="00000000">
      <w:pPr>
        <w:spacing w:after="40"/>
        <w:rPr>
          <w:lang w:val="cs-CZ"/>
        </w:rPr>
      </w:pPr>
      <w:r w:rsidRPr="007559E9">
        <w:rPr>
          <w:rFonts w:cs="Arial"/>
          <w:b/>
          <w:color w:val="8278B9"/>
          <w:lang w:val="cs-CZ"/>
        </w:rPr>
        <w:t>Co uvést</w:t>
      </w:r>
    </w:p>
    <w:p w14:paraId="04E78C57" w14:textId="77777777" w:rsidR="00852299" w:rsidRPr="007559E9" w:rsidRDefault="00000000" w:rsidP="00CE1E6C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Typ výstupu a přibližný rozsah.</w:t>
      </w:r>
    </w:p>
    <w:p w14:paraId="41FFA4D8" w14:textId="77777777" w:rsidR="00852299" w:rsidRPr="007559E9" w:rsidRDefault="00000000" w:rsidP="00CE1E6C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Hlavní úkol, který má grafika splnit.</w:t>
      </w:r>
    </w:p>
    <w:p w14:paraId="0763D800" w14:textId="77777777" w:rsidR="00852299" w:rsidRPr="007559E9" w:rsidRDefault="00000000" w:rsidP="00CE1E6C">
      <w:pPr>
        <w:pStyle w:val="Seznamsodrkami"/>
        <w:spacing w:after="360"/>
        <w:ind w:left="568" w:hanging="284"/>
        <w:contextualSpacing w:val="0"/>
        <w:rPr>
          <w:lang w:val="cs-CZ"/>
        </w:rPr>
      </w:pPr>
      <w:r w:rsidRPr="007559E9">
        <w:rPr>
          <w:rFonts w:cs="Arial"/>
          <w:lang w:val="cs-CZ"/>
        </w:rPr>
        <w:t>Požadovanou reakci zákazníka nebo uživatele.</w:t>
      </w:r>
    </w:p>
    <w:p w14:paraId="1C623033" w14:textId="77777777" w:rsidR="00852299" w:rsidRPr="007559E9" w:rsidRDefault="00000000">
      <w:pPr>
        <w:spacing w:before="80" w:after="40"/>
        <w:rPr>
          <w:lang w:val="cs-CZ"/>
        </w:rPr>
      </w:pPr>
      <w:r w:rsidRPr="007559E9">
        <w:rPr>
          <w:rFonts w:cs="Arial"/>
          <w:b/>
          <w:color w:val="8278B9"/>
          <w:lang w:val="cs-CZ"/>
        </w:rPr>
        <w:t>Proč je to důležité</w:t>
      </w:r>
    </w:p>
    <w:p w14:paraId="7DDFD0D7" w14:textId="6780D350" w:rsidR="00852299" w:rsidRPr="007559E9" w:rsidRDefault="00000000" w:rsidP="00CE1E6C">
      <w:pPr>
        <w:spacing w:after="360"/>
        <w:rPr>
          <w:lang w:val="cs-CZ"/>
        </w:rPr>
      </w:pPr>
      <w:r w:rsidRPr="007559E9">
        <w:rPr>
          <w:rFonts w:cs="Arial"/>
          <w:lang w:val="cs-CZ"/>
        </w:rPr>
        <w:t>Stejný formát může sloužit různým účelům. Leták může informovat, prodávat, navigovat nebo zvát na</w:t>
      </w:r>
      <w:r w:rsidR="00CE1E6C">
        <w:rPr>
          <w:rFonts w:cs="Arial"/>
          <w:lang w:val="cs-CZ"/>
        </w:rPr>
        <w:t> </w:t>
      </w:r>
      <w:r w:rsidRPr="007559E9">
        <w:rPr>
          <w:rFonts w:cs="Arial"/>
          <w:lang w:val="cs-CZ"/>
        </w:rPr>
        <w:t xml:space="preserve">akci. Cíl ovlivní hierarchii informací, množství textu </w:t>
      </w:r>
      <w:r w:rsidR="00CE1E6C">
        <w:rPr>
          <w:rFonts w:cs="Arial"/>
          <w:lang w:val="cs-CZ"/>
        </w:rPr>
        <w:t>a</w:t>
      </w:r>
      <w:r w:rsidRPr="007559E9">
        <w:rPr>
          <w:rFonts w:cs="Arial"/>
          <w:lang w:val="cs-CZ"/>
        </w:rPr>
        <w:t xml:space="preserve"> celkové řešení.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30"/>
      </w:tblGrid>
      <w:tr w:rsidR="0002535A" w:rsidRPr="007559E9" w14:paraId="09CCE38D" w14:textId="77777777" w:rsidTr="00CE1E6C">
        <w:trPr>
          <w:jc w:val="center"/>
        </w:trPr>
        <w:tc>
          <w:tcPr>
            <w:tcW w:w="9746" w:type="dxa"/>
            <w:tcBorders>
              <w:top w:val="single" w:sz="6" w:space="0" w:color="D9D6E8"/>
              <w:left w:val="single" w:sz="6" w:space="0" w:color="D9D6E8"/>
              <w:bottom w:val="single" w:sz="6" w:space="0" w:color="D9D6E8"/>
              <w:right w:val="single" w:sz="6" w:space="0" w:color="D9D6E8"/>
            </w:tcBorders>
            <w:shd w:val="clear" w:color="auto" w:fill="F1EF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E5BD0C7" w14:textId="77777777" w:rsidR="00852299" w:rsidRPr="007559E9" w:rsidRDefault="00000000">
            <w:pPr>
              <w:spacing w:after="80"/>
              <w:rPr>
                <w:lang w:val="cs-CZ"/>
              </w:rPr>
            </w:pPr>
            <w:r w:rsidRPr="007559E9">
              <w:rPr>
                <w:rFonts w:cs="Arial"/>
                <w:b/>
                <w:color w:val="8278B9"/>
                <w:lang w:val="cs-CZ"/>
              </w:rPr>
              <w:t>Příklad</w:t>
            </w:r>
          </w:p>
          <w:p w14:paraId="736521C1" w14:textId="77777777" w:rsidR="00852299" w:rsidRPr="007559E9" w:rsidRDefault="0000000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sz w:val="20"/>
                <w:lang w:val="cs-CZ"/>
              </w:rPr>
              <w:t>Potřebujeme oboustranný leták A5, který představí novou službu a přivede zájemce na web.</w:t>
            </w:r>
          </w:p>
        </w:tc>
      </w:tr>
    </w:tbl>
    <w:p w14:paraId="14424435" w14:textId="77777777" w:rsidR="00852299" w:rsidRPr="007559E9" w:rsidRDefault="00852299">
      <w:pPr>
        <w:spacing w:after="20"/>
        <w:rPr>
          <w:lang w:val="cs-CZ"/>
        </w:rPr>
      </w:pPr>
    </w:p>
    <w:tbl>
      <w:tblPr>
        <w:tblW w:w="0" w:type="auto"/>
        <w:jc w:val="center"/>
        <w:tblBorders>
          <w:top w:val="single" w:sz="6" w:space="0" w:color="D9D6E8"/>
          <w:left w:val="single" w:sz="6" w:space="0" w:color="D9D6E8"/>
          <w:bottom w:val="single" w:sz="6" w:space="0" w:color="D9D6E8"/>
          <w:right w:val="single" w:sz="6" w:space="0" w:color="D9D6E8"/>
        </w:tblBorders>
        <w:tblLook w:val="04A0" w:firstRow="1" w:lastRow="0" w:firstColumn="1" w:lastColumn="0" w:noHBand="0" w:noVBand="1"/>
      </w:tblPr>
      <w:tblGrid>
        <w:gridCol w:w="9730"/>
      </w:tblGrid>
      <w:tr w:rsidR="0002535A" w:rsidRPr="007559E9" w14:paraId="055639D3" w14:textId="77777777" w:rsidTr="00CE1E6C">
        <w:trPr>
          <w:jc w:val="center"/>
        </w:trPr>
        <w:tc>
          <w:tcPr>
            <w:tcW w:w="9746" w:type="dxa"/>
            <w:shd w:val="clear" w:color="auto" w:fill="F7F7F7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4D3F70A2" w14:textId="77777777" w:rsidR="00852299" w:rsidRPr="007559E9" w:rsidRDefault="00000000">
            <w:pPr>
              <w:spacing w:after="80"/>
              <w:rPr>
                <w:lang w:val="cs-CZ"/>
              </w:rPr>
            </w:pPr>
            <w:r w:rsidRPr="007559E9">
              <w:rPr>
                <w:rFonts w:cs="Arial"/>
                <w:b/>
                <w:lang w:val="cs-CZ"/>
              </w:rPr>
              <w:t>Pozor</w:t>
            </w:r>
          </w:p>
          <w:p w14:paraId="15D0C65A" w14:textId="77777777" w:rsidR="00852299" w:rsidRPr="007559E9" w:rsidRDefault="0000000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sz w:val="20"/>
                <w:lang w:val="cs-CZ"/>
              </w:rPr>
              <w:t>Formulace typu „potřebujeme pěkný leták“ popisuje očekávaný dojem, ale neříká, co má materiál udělat.</w:t>
            </w:r>
          </w:p>
        </w:tc>
      </w:tr>
    </w:tbl>
    <w:p w14:paraId="57F4FFEF" w14:textId="77F97BB6" w:rsidR="00CE1E6C" w:rsidRDefault="00CE1E6C">
      <w:pPr>
        <w:spacing w:after="40"/>
        <w:rPr>
          <w:lang w:val="cs-CZ"/>
        </w:rPr>
      </w:pPr>
    </w:p>
    <w:p w14:paraId="390BDC25" w14:textId="77777777" w:rsidR="00CE1E6C" w:rsidRDefault="00CE1E6C">
      <w:pPr>
        <w:spacing w:after="200" w:line="276" w:lineRule="auto"/>
        <w:rPr>
          <w:lang w:val="cs-CZ"/>
        </w:rPr>
      </w:pPr>
      <w:r>
        <w:rPr>
          <w:lang w:val="cs-CZ"/>
        </w:rPr>
        <w:br w:type="page"/>
      </w:r>
    </w:p>
    <w:p w14:paraId="6D0B5B13" w14:textId="77777777" w:rsidR="00852299" w:rsidRPr="007559E9" w:rsidRDefault="00000000">
      <w:pPr>
        <w:pStyle w:val="Nadpis2"/>
        <w:rPr>
          <w:lang w:val="cs-CZ"/>
        </w:rPr>
      </w:pPr>
      <w:r w:rsidRPr="007559E9">
        <w:rPr>
          <w:lang w:val="cs-CZ"/>
        </w:rPr>
        <w:lastRenderedPageBreak/>
        <w:t>2. Obsah a podklady</w:t>
      </w:r>
    </w:p>
    <w:p w14:paraId="67B1CD47" w14:textId="77777777" w:rsidR="00852299" w:rsidRPr="007559E9" w:rsidRDefault="00000000">
      <w:pPr>
        <w:spacing w:after="40"/>
        <w:rPr>
          <w:lang w:val="cs-CZ"/>
        </w:rPr>
      </w:pPr>
      <w:r w:rsidRPr="007559E9">
        <w:rPr>
          <w:rFonts w:cs="Arial"/>
          <w:b/>
          <w:color w:val="8278B9"/>
          <w:lang w:val="cs-CZ"/>
        </w:rPr>
        <w:t>Co uvést</w:t>
      </w:r>
    </w:p>
    <w:p w14:paraId="2B1D13DB" w14:textId="77777777" w:rsidR="00852299" w:rsidRPr="007559E9" w:rsidRDefault="00000000" w:rsidP="00CE1E6C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Texty, ceny, kontakty a další povinné údaje.</w:t>
      </w:r>
    </w:p>
    <w:p w14:paraId="158F8417" w14:textId="77777777" w:rsidR="00852299" w:rsidRPr="007559E9" w:rsidRDefault="00000000" w:rsidP="00CE1E6C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Fotografie, ilustrace, logo, QR kódy a loga partnerů.</w:t>
      </w:r>
    </w:p>
    <w:p w14:paraId="3DCB1D6E" w14:textId="77777777" w:rsidR="00852299" w:rsidRPr="007559E9" w:rsidRDefault="00000000" w:rsidP="00CE1E6C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Stav podkladů: finální, rozpracované nebo teprve připravované.</w:t>
      </w:r>
    </w:p>
    <w:p w14:paraId="3434CBD8" w14:textId="77777777" w:rsidR="00852299" w:rsidRPr="007559E9" w:rsidRDefault="00000000" w:rsidP="00CE1E6C">
      <w:pPr>
        <w:pStyle w:val="Seznamsodrkami"/>
        <w:spacing w:after="36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Jazykové mutace a odpovědnost za jejich dodání.</w:t>
      </w:r>
    </w:p>
    <w:p w14:paraId="687CF0DD" w14:textId="77777777" w:rsidR="00852299" w:rsidRPr="007559E9" w:rsidRDefault="00000000">
      <w:pPr>
        <w:spacing w:before="80" w:after="40"/>
        <w:rPr>
          <w:lang w:val="cs-CZ"/>
        </w:rPr>
      </w:pPr>
      <w:r w:rsidRPr="007559E9">
        <w:rPr>
          <w:rFonts w:cs="Arial"/>
          <w:b/>
          <w:color w:val="8278B9"/>
          <w:lang w:val="cs-CZ"/>
        </w:rPr>
        <w:t>Proč je to důležité</w:t>
      </w:r>
    </w:p>
    <w:p w14:paraId="1C312E7F" w14:textId="51D50B7F" w:rsidR="00852299" w:rsidRPr="007559E9" w:rsidRDefault="00000000" w:rsidP="00CE1E6C">
      <w:pPr>
        <w:spacing w:after="360"/>
        <w:rPr>
          <w:lang w:val="cs-CZ"/>
        </w:rPr>
      </w:pPr>
      <w:r w:rsidRPr="007559E9">
        <w:rPr>
          <w:rFonts w:cs="Arial"/>
          <w:lang w:val="cs-CZ"/>
        </w:rPr>
        <w:t xml:space="preserve">Množství a kvalita podkladů ovlivňují rozsah práce </w:t>
      </w:r>
      <w:r w:rsidR="00CE1E6C">
        <w:rPr>
          <w:rFonts w:cs="Arial"/>
          <w:lang w:val="cs-CZ"/>
        </w:rPr>
        <w:t>a</w:t>
      </w:r>
      <w:r w:rsidRPr="007559E9">
        <w:rPr>
          <w:rFonts w:cs="Arial"/>
          <w:lang w:val="cs-CZ"/>
        </w:rPr>
        <w:t xml:space="preserve"> rozvržení návrhu. Když se obsah výrazně změní až</w:t>
      </w:r>
      <w:r w:rsidR="00CE1E6C">
        <w:rPr>
          <w:rFonts w:cs="Arial"/>
          <w:lang w:val="cs-CZ"/>
        </w:rPr>
        <w:t> </w:t>
      </w:r>
      <w:r w:rsidRPr="007559E9">
        <w:rPr>
          <w:rFonts w:cs="Arial"/>
          <w:lang w:val="cs-CZ"/>
        </w:rPr>
        <w:t>po schválení rozvržení, může být potřeba některé části</w:t>
      </w:r>
      <w:r w:rsidR="00CE1E6C">
        <w:rPr>
          <w:rFonts w:cs="Arial"/>
          <w:lang w:val="cs-CZ"/>
        </w:rPr>
        <w:t xml:space="preserve"> kompletně</w:t>
      </w:r>
      <w:r w:rsidRPr="007559E9">
        <w:rPr>
          <w:rFonts w:cs="Arial"/>
          <w:lang w:val="cs-CZ"/>
        </w:rPr>
        <w:t xml:space="preserve"> přepracovat.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30"/>
      </w:tblGrid>
      <w:tr w:rsidR="0002535A" w:rsidRPr="007559E9" w14:paraId="7532A575" w14:textId="77777777" w:rsidTr="00CE1E6C">
        <w:trPr>
          <w:jc w:val="center"/>
        </w:trPr>
        <w:tc>
          <w:tcPr>
            <w:tcW w:w="9746" w:type="dxa"/>
            <w:tcBorders>
              <w:top w:val="single" w:sz="6" w:space="0" w:color="D9D6E8"/>
              <w:left w:val="single" w:sz="6" w:space="0" w:color="D9D6E8"/>
              <w:bottom w:val="single" w:sz="6" w:space="0" w:color="D9D6E8"/>
              <w:right w:val="single" w:sz="6" w:space="0" w:color="D9D6E8"/>
            </w:tcBorders>
            <w:shd w:val="clear" w:color="auto" w:fill="F1EF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25D17A4E" w14:textId="77777777" w:rsidR="00852299" w:rsidRPr="007559E9" w:rsidRDefault="00000000">
            <w:pPr>
              <w:spacing w:after="80"/>
              <w:rPr>
                <w:lang w:val="cs-CZ"/>
              </w:rPr>
            </w:pPr>
            <w:r w:rsidRPr="007559E9">
              <w:rPr>
                <w:rFonts w:cs="Arial"/>
                <w:b/>
                <w:color w:val="8278B9"/>
                <w:lang w:val="cs-CZ"/>
              </w:rPr>
              <w:t>Příklad</w:t>
            </w:r>
          </w:p>
          <w:p w14:paraId="704DD6B4" w14:textId="77777777" w:rsidR="00852299" w:rsidRPr="007559E9" w:rsidRDefault="0000000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sz w:val="20"/>
                <w:lang w:val="cs-CZ"/>
              </w:rPr>
              <w:t>Text je finální, fotografie dodáme do pátku a v návrhu musí být QR kód, adresa a logo společnosti.</w:t>
            </w:r>
          </w:p>
        </w:tc>
      </w:tr>
    </w:tbl>
    <w:p w14:paraId="33027343" w14:textId="77777777" w:rsidR="00852299" w:rsidRPr="007559E9" w:rsidRDefault="00852299">
      <w:pPr>
        <w:spacing w:after="20"/>
        <w:rPr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30"/>
      </w:tblGrid>
      <w:tr w:rsidR="0002535A" w:rsidRPr="007559E9" w14:paraId="63217C96" w14:textId="77777777" w:rsidTr="00CE1E6C">
        <w:trPr>
          <w:jc w:val="center"/>
        </w:trPr>
        <w:tc>
          <w:tcPr>
            <w:tcW w:w="9746" w:type="dxa"/>
            <w:tcBorders>
              <w:top w:val="single" w:sz="6" w:space="0" w:color="D9D6E8"/>
              <w:left w:val="single" w:sz="6" w:space="0" w:color="D9D6E8"/>
              <w:bottom w:val="single" w:sz="6" w:space="0" w:color="D9D6E8"/>
              <w:right w:val="single" w:sz="6" w:space="0" w:color="D9D6E8"/>
            </w:tcBorders>
            <w:shd w:val="clear" w:color="auto" w:fill="F7F7F7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00CB1A0" w14:textId="77777777" w:rsidR="00852299" w:rsidRPr="007559E9" w:rsidRDefault="00000000">
            <w:pPr>
              <w:spacing w:after="80"/>
              <w:rPr>
                <w:lang w:val="cs-CZ"/>
              </w:rPr>
            </w:pPr>
            <w:r w:rsidRPr="007559E9">
              <w:rPr>
                <w:rFonts w:cs="Arial"/>
                <w:b/>
                <w:lang w:val="cs-CZ"/>
              </w:rPr>
              <w:t>Pozor</w:t>
            </w:r>
          </w:p>
          <w:p w14:paraId="02070A44" w14:textId="77777777" w:rsidR="00852299" w:rsidRPr="007559E9" w:rsidRDefault="0000000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sz w:val="20"/>
                <w:lang w:val="cs-CZ"/>
              </w:rPr>
              <w:t>Odkazy na soubory pojmenujte srozumitelně a napište, které podklady ještě chybí. Grafik pak nemusí hádat, zda pracuje s poslední verzí.</w:t>
            </w:r>
          </w:p>
        </w:tc>
      </w:tr>
    </w:tbl>
    <w:p w14:paraId="16B58298" w14:textId="77777777" w:rsidR="00852299" w:rsidRPr="007559E9" w:rsidRDefault="00852299">
      <w:pPr>
        <w:spacing w:after="40"/>
        <w:rPr>
          <w:lang w:val="cs-CZ"/>
        </w:rPr>
      </w:pPr>
    </w:p>
    <w:p w14:paraId="4C5FCB66" w14:textId="77777777" w:rsidR="00852299" w:rsidRPr="007559E9" w:rsidRDefault="00000000">
      <w:pPr>
        <w:rPr>
          <w:lang w:val="cs-CZ"/>
        </w:rPr>
      </w:pPr>
      <w:r w:rsidRPr="007559E9">
        <w:rPr>
          <w:lang w:val="cs-CZ"/>
        </w:rPr>
        <w:br w:type="page"/>
      </w:r>
    </w:p>
    <w:p w14:paraId="120ADB27" w14:textId="77777777" w:rsidR="00852299" w:rsidRPr="007559E9" w:rsidRDefault="00000000">
      <w:pPr>
        <w:pStyle w:val="Nadpis2"/>
        <w:rPr>
          <w:lang w:val="cs-CZ"/>
        </w:rPr>
      </w:pPr>
      <w:r w:rsidRPr="007559E9">
        <w:rPr>
          <w:lang w:val="cs-CZ"/>
        </w:rPr>
        <w:lastRenderedPageBreak/>
        <w:t>3. Cílová skupina</w:t>
      </w:r>
    </w:p>
    <w:p w14:paraId="45862B81" w14:textId="77777777" w:rsidR="00852299" w:rsidRPr="007559E9" w:rsidRDefault="00000000">
      <w:pPr>
        <w:spacing w:after="40"/>
        <w:rPr>
          <w:lang w:val="cs-CZ"/>
        </w:rPr>
      </w:pPr>
      <w:r w:rsidRPr="007559E9">
        <w:rPr>
          <w:rFonts w:cs="Arial"/>
          <w:b/>
          <w:color w:val="8278B9"/>
          <w:lang w:val="cs-CZ"/>
        </w:rPr>
        <w:t>Co uvést</w:t>
      </w:r>
    </w:p>
    <w:p w14:paraId="473FC084" w14:textId="77777777" w:rsidR="00852299" w:rsidRPr="007559E9" w:rsidRDefault="00000000" w:rsidP="00954F00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Komu je výstup určený.</w:t>
      </w:r>
    </w:p>
    <w:p w14:paraId="73C95AD2" w14:textId="77777777" w:rsidR="00852299" w:rsidRPr="007559E9" w:rsidRDefault="00000000" w:rsidP="00954F00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Co už cílová skupina o tématu ví.</w:t>
      </w:r>
    </w:p>
    <w:p w14:paraId="0EAE2673" w14:textId="77777777" w:rsidR="00852299" w:rsidRPr="007559E9" w:rsidRDefault="00000000" w:rsidP="00954F00">
      <w:pPr>
        <w:pStyle w:val="Seznamsodrkami"/>
        <w:spacing w:after="360"/>
        <w:ind w:left="568" w:hanging="284"/>
        <w:contextualSpacing w:val="0"/>
        <w:rPr>
          <w:lang w:val="cs-CZ"/>
        </w:rPr>
      </w:pPr>
      <w:r w:rsidRPr="007559E9">
        <w:rPr>
          <w:rFonts w:cs="Arial"/>
          <w:lang w:val="cs-CZ"/>
        </w:rPr>
        <w:t>Jakou informaci má pochopit a co má udělat dál.</w:t>
      </w:r>
    </w:p>
    <w:p w14:paraId="4A05BC81" w14:textId="77777777" w:rsidR="00852299" w:rsidRPr="007559E9" w:rsidRDefault="00000000">
      <w:pPr>
        <w:spacing w:before="80" w:after="40"/>
        <w:rPr>
          <w:lang w:val="cs-CZ"/>
        </w:rPr>
      </w:pPr>
      <w:r w:rsidRPr="007559E9">
        <w:rPr>
          <w:rFonts w:cs="Arial"/>
          <w:b/>
          <w:color w:val="8278B9"/>
          <w:lang w:val="cs-CZ"/>
        </w:rPr>
        <w:t>Proč je to důležité</w:t>
      </w:r>
    </w:p>
    <w:p w14:paraId="591D7994" w14:textId="4BC1B34A" w:rsidR="00852299" w:rsidRPr="007559E9" w:rsidRDefault="00000000" w:rsidP="00954F00">
      <w:pPr>
        <w:spacing w:after="360"/>
        <w:rPr>
          <w:lang w:val="cs-CZ"/>
        </w:rPr>
      </w:pPr>
      <w:r w:rsidRPr="007559E9">
        <w:rPr>
          <w:rFonts w:cs="Arial"/>
          <w:lang w:val="cs-CZ"/>
        </w:rPr>
        <w:t xml:space="preserve">Cílová skupina ovlivňuje jazyk, míru vysvětlování, velikost písma </w:t>
      </w:r>
      <w:r w:rsidR="00954F00">
        <w:rPr>
          <w:rFonts w:cs="Arial"/>
          <w:lang w:val="cs-CZ"/>
        </w:rPr>
        <w:t>a</w:t>
      </w:r>
      <w:r w:rsidRPr="007559E9">
        <w:rPr>
          <w:rFonts w:cs="Arial"/>
          <w:lang w:val="cs-CZ"/>
        </w:rPr>
        <w:t xml:space="preserve"> způsob práce s informacemi. </w:t>
      </w:r>
      <w:r w:rsidR="00D136C6" w:rsidRPr="00D136C6">
        <w:rPr>
          <w:rFonts w:cs="Arial"/>
          <w:lang w:val="cs-CZ"/>
        </w:rPr>
        <w:t>Materiál pro odborníky může pracovat s oborovou terminologií, cizojazyčnými pojmy a zkratkami, zatímco text pro</w:t>
      </w:r>
      <w:r w:rsidR="00D136C6">
        <w:rPr>
          <w:rFonts w:cs="Arial"/>
          <w:lang w:val="cs-CZ"/>
        </w:rPr>
        <w:t> </w:t>
      </w:r>
      <w:r w:rsidR="00D136C6" w:rsidRPr="00D136C6">
        <w:rPr>
          <w:rFonts w:cs="Arial"/>
          <w:lang w:val="cs-CZ"/>
        </w:rPr>
        <w:t>širokou veřejnost potřebuje srozumitelnější jazyk a více vysvětlení</w:t>
      </w:r>
      <w:r w:rsidRPr="007559E9">
        <w:rPr>
          <w:rFonts w:cs="Arial"/>
          <w:lang w:val="cs-CZ"/>
        </w:rPr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30"/>
      </w:tblGrid>
      <w:tr w:rsidR="0002535A" w:rsidRPr="007559E9" w14:paraId="7C808E12" w14:textId="77777777" w:rsidTr="00D136C6">
        <w:trPr>
          <w:jc w:val="center"/>
        </w:trPr>
        <w:tc>
          <w:tcPr>
            <w:tcW w:w="9746" w:type="dxa"/>
            <w:tcBorders>
              <w:top w:val="single" w:sz="6" w:space="0" w:color="D9D6E8"/>
              <w:left w:val="single" w:sz="6" w:space="0" w:color="D9D6E8"/>
              <w:bottom w:val="single" w:sz="6" w:space="0" w:color="D9D6E8"/>
              <w:right w:val="single" w:sz="6" w:space="0" w:color="D9D6E8"/>
            </w:tcBorders>
            <w:shd w:val="clear" w:color="auto" w:fill="F1EF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5ACDFF00" w14:textId="77777777" w:rsidR="00852299" w:rsidRPr="007559E9" w:rsidRDefault="00000000">
            <w:pPr>
              <w:spacing w:after="80"/>
              <w:rPr>
                <w:lang w:val="cs-CZ"/>
              </w:rPr>
            </w:pPr>
            <w:r w:rsidRPr="007559E9">
              <w:rPr>
                <w:rFonts w:cs="Arial"/>
                <w:b/>
                <w:color w:val="8278B9"/>
                <w:lang w:val="cs-CZ"/>
              </w:rPr>
              <w:t>Příklad</w:t>
            </w:r>
          </w:p>
          <w:p w14:paraId="2BBC93D8" w14:textId="77777777" w:rsidR="00852299" w:rsidRPr="007559E9" w:rsidRDefault="0000000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sz w:val="20"/>
                <w:lang w:val="cs-CZ"/>
              </w:rPr>
              <w:t>Prezentace je určená novým obchodním partnerům, kterým chceme podrobněji představit naše služby.</w:t>
            </w:r>
          </w:p>
        </w:tc>
      </w:tr>
    </w:tbl>
    <w:p w14:paraId="6AD7491D" w14:textId="77777777" w:rsidR="00852299" w:rsidRPr="007559E9" w:rsidRDefault="00852299">
      <w:pPr>
        <w:spacing w:after="20"/>
        <w:rPr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30"/>
      </w:tblGrid>
      <w:tr w:rsidR="0002535A" w:rsidRPr="007559E9" w14:paraId="0A508833" w14:textId="77777777" w:rsidTr="00D136C6">
        <w:trPr>
          <w:jc w:val="center"/>
        </w:trPr>
        <w:tc>
          <w:tcPr>
            <w:tcW w:w="9746" w:type="dxa"/>
            <w:tcBorders>
              <w:top w:val="single" w:sz="6" w:space="0" w:color="D9D6E8"/>
              <w:left w:val="single" w:sz="6" w:space="0" w:color="D9D6E8"/>
              <w:bottom w:val="single" w:sz="6" w:space="0" w:color="D9D6E8"/>
              <w:right w:val="single" w:sz="6" w:space="0" w:color="D9D6E8"/>
            </w:tcBorders>
            <w:shd w:val="clear" w:color="auto" w:fill="F7F7F7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601CD20C" w14:textId="77777777" w:rsidR="00852299" w:rsidRPr="007559E9" w:rsidRDefault="00000000">
            <w:pPr>
              <w:spacing w:after="80"/>
              <w:rPr>
                <w:lang w:val="cs-CZ"/>
              </w:rPr>
            </w:pPr>
            <w:r w:rsidRPr="007559E9">
              <w:rPr>
                <w:rFonts w:cs="Arial"/>
                <w:b/>
                <w:lang w:val="cs-CZ"/>
              </w:rPr>
              <w:t>Pozor</w:t>
            </w:r>
          </w:p>
          <w:p w14:paraId="4CB30195" w14:textId="77777777" w:rsidR="00852299" w:rsidRPr="007559E9" w:rsidRDefault="0000000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sz w:val="20"/>
                <w:lang w:val="cs-CZ"/>
              </w:rPr>
              <w:t>Odpověď „pro všechny“ grafikovi příliš nepomůže. Zkuste popsat alespoň hlavního čtenáře nebo situaci, ve které se s materiálem setká.</w:t>
            </w:r>
          </w:p>
        </w:tc>
      </w:tr>
    </w:tbl>
    <w:p w14:paraId="4E85C28D" w14:textId="77777777" w:rsidR="00852299" w:rsidRPr="007559E9" w:rsidRDefault="00852299">
      <w:pPr>
        <w:spacing w:after="40"/>
        <w:rPr>
          <w:lang w:val="cs-CZ"/>
        </w:rPr>
      </w:pPr>
    </w:p>
    <w:p w14:paraId="7C8573A2" w14:textId="77777777" w:rsidR="00852299" w:rsidRPr="007559E9" w:rsidRDefault="00000000">
      <w:pPr>
        <w:pStyle w:val="Nadpis2"/>
        <w:rPr>
          <w:lang w:val="cs-CZ"/>
        </w:rPr>
      </w:pPr>
      <w:r w:rsidRPr="007559E9">
        <w:rPr>
          <w:lang w:val="cs-CZ"/>
        </w:rPr>
        <w:t>4. Vizuální směr</w:t>
      </w:r>
    </w:p>
    <w:p w14:paraId="26B21AF2" w14:textId="77777777" w:rsidR="00852299" w:rsidRPr="007559E9" w:rsidRDefault="00000000">
      <w:pPr>
        <w:spacing w:after="40"/>
        <w:rPr>
          <w:lang w:val="cs-CZ"/>
        </w:rPr>
      </w:pPr>
      <w:r w:rsidRPr="007559E9">
        <w:rPr>
          <w:rFonts w:cs="Arial"/>
          <w:b/>
          <w:color w:val="8278B9"/>
          <w:lang w:val="cs-CZ"/>
        </w:rPr>
        <w:t>Co uvést</w:t>
      </w:r>
    </w:p>
    <w:p w14:paraId="19C06A97" w14:textId="77777777" w:rsidR="00852299" w:rsidRPr="007559E9" w:rsidRDefault="00000000" w:rsidP="009D3A1C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Firemní manuál, logo, písma a starší materiály.</w:t>
      </w:r>
    </w:p>
    <w:p w14:paraId="05C5F0EF" w14:textId="77777777" w:rsidR="00852299" w:rsidRPr="007559E9" w:rsidRDefault="00000000" w:rsidP="009D3A1C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Reference a konkrétní důvod, proč jste je vybrali.</w:t>
      </w:r>
    </w:p>
    <w:p w14:paraId="15B8BEA5" w14:textId="77777777" w:rsidR="00852299" w:rsidRPr="007559E9" w:rsidRDefault="00000000" w:rsidP="009D3A1C">
      <w:pPr>
        <w:pStyle w:val="Seznamsodrkami"/>
        <w:spacing w:after="360"/>
        <w:ind w:left="568" w:hanging="284"/>
        <w:contextualSpacing w:val="0"/>
        <w:rPr>
          <w:lang w:val="cs-CZ"/>
        </w:rPr>
      </w:pPr>
      <w:r w:rsidRPr="007559E9">
        <w:rPr>
          <w:rFonts w:cs="Arial"/>
          <w:lang w:val="cs-CZ"/>
        </w:rPr>
        <w:t>Prvky, které chcete zachovat nebo kterým se vyhnout.</w:t>
      </w:r>
    </w:p>
    <w:p w14:paraId="6B766DCC" w14:textId="77777777" w:rsidR="00852299" w:rsidRPr="007559E9" w:rsidRDefault="00000000">
      <w:pPr>
        <w:spacing w:before="80" w:after="40"/>
        <w:rPr>
          <w:lang w:val="cs-CZ"/>
        </w:rPr>
      </w:pPr>
      <w:r w:rsidRPr="007559E9">
        <w:rPr>
          <w:rFonts w:cs="Arial"/>
          <w:b/>
          <w:color w:val="8278B9"/>
          <w:lang w:val="cs-CZ"/>
        </w:rPr>
        <w:t>Proč je to důležité</w:t>
      </w:r>
    </w:p>
    <w:p w14:paraId="395F0B3E" w14:textId="77ADFFFD" w:rsidR="00852299" w:rsidRPr="007559E9" w:rsidRDefault="00000000" w:rsidP="009D3A1C">
      <w:pPr>
        <w:spacing w:after="360"/>
        <w:rPr>
          <w:lang w:val="cs-CZ"/>
        </w:rPr>
      </w:pPr>
      <w:r w:rsidRPr="007559E9">
        <w:rPr>
          <w:rFonts w:cs="Arial"/>
          <w:lang w:val="cs-CZ"/>
        </w:rPr>
        <w:t xml:space="preserve">Reference pomáhají sladit očekávání, </w:t>
      </w:r>
      <w:r w:rsidR="009D3A1C">
        <w:rPr>
          <w:rFonts w:cs="Arial"/>
          <w:lang w:val="cs-CZ"/>
        </w:rPr>
        <w:t>avšak</w:t>
      </w:r>
      <w:r w:rsidRPr="007559E9">
        <w:rPr>
          <w:rFonts w:cs="Arial"/>
          <w:lang w:val="cs-CZ"/>
        </w:rPr>
        <w:t xml:space="preserve"> každý si z nich může odnést něco jiného. Proto je důležité napsat, zda vás zaujaly barvy, rozvržení, práce s </w:t>
      </w:r>
      <w:r w:rsidR="009D3A1C">
        <w:rPr>
          <w:rFonts w:cs="Arial"/>
          <w:lang w:val="cs-CZ"/>
        </w:rPr>
        <w:t>obrázky</w:t>
      </w:r>
      <w:r w:rsidRPr="007559E9">
        <w:rPr>
          <w:rFonts w:cs="Arial"/>
          <w:lang w:val="cs-CZ"/>
        </w:rPr>
        <w:t>, atmosféra nebo jednoduchost.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30"/>
      </w:tblGrid>
      <w:tr w:rsidR="0002535A" w:rsidRPr="007559E9" w14:paraId="2C7FE745" w14:textId="77777777" w:rsidTr="009D3A1C">
        <w:trPr>
          <w:jc w:val="center"/>
        </w:trPr>
        <w:tc>
          <w:tcPr>
            <w:tcW w:w="9746" w:type="dxa"/>
            <w:tcBorders>
              <w:top w:val="single" w:sz="6" w:space="0" w:color="D9D6E8"/>
              <w:left w:val="single" w:sz="6" w:space="0" w:color="D9D6E8"/>
              <w:bottom w:val="single" w:sz="6" w:space="0" w:color="D9D6E8"/>
              <w:right w:val="single" w:sz="6" w:space="0" w:color="D9D6E8"/>
            </w:tcBorders>
            <w:shd w:val="clear" w:color="auto" w:fill="F1EF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0E3F252A" w14:textId="77777777" w:rsidR="00852299" w:rsidRPr="007559E9" w:rsidRDefault="00000000">
            <w:pPr>
              <w:spacing w:after="80"/>
              <w:rPr>
                <w:lang w:val="cs-CZ"/>
              </w:rPr>
            </w:pPr>
            <w:r w:rsidRPr="007559E9">
              <w:rPr>
                <w:rFonts w:cs="Arial"/>
                <w:b/>
                <w:color w:val="8278B9"/>
                <w:lang w:val="cs-CZ"/>
              </w:rPr>
              <w:t>Příklad</w:t>
            </w:r>
          </w:p>
          <w:p w14:paraId="2781755B" w14:textId="5D974E5F" w:rsidR="00852299" w:rsidRPr="007559E9" w:rsidRDefault="0000000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sz w:val="20"/>
                <w:lang w:val="cs-CZ"/>
              </w:rPr>
              <w:t>Líbí se nám jednoduché rozvržení a práce s fot</w:t>
            </w:r>
            <w:r w:rsidR="009D3A1C">
              <w:rPr>
                <w:rFonts w:cs="Arial"/>
                <w:sz w:val="20"/>
                <w:lang w:val="cs-CZ"/>
              </w:rPr>
              <w:t>kami</w:t>
            </w:r>
            <w:r w:rsidRPr="007559E9">
              <w:rPr>
                <w:rFonts w:cs="Arial"/>
                <w:sz w:val="20"/>
                <w:lang w:val="cs-CZ"/>
              </w:rPr>
              <w:t>. Nechceme tmavé pozadí ani dekorativní písmo.</w:t>
            </w:r>
          </w:p>
        </w:tc>
      </w:tr>
    </w:tbl>
    <w:p w14:paraId="41D81948" w14:textId="77777777" w:rsidR="00852299" w:rsidRPr="007559E9" w:rsidRDefault="00852299">
      <w:pPr>
        <w:spacing w:after="20"/>
        <w:rPr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30"/>
      </w:tblGrid>
      <w:tr w:rsidR="0002535A" w:rsidRPr="007559E9" w14:paraId="61FC1008" w14:textId="77777777" w:rsidTr="009D3A1C">
        <w:trPr>
          <w:jc w:val="center"/>
        </w:trPr>
        <w:tc>
          <w:tcPr>
            <w:tcW w:w="9746" w:type="dxa"/>
            <w:tcBorders>
              <w:top w:val="single" w:sz="6" w:space="0" w:color="D9D6E8"/>
              <w:left w:val="single" w:sz="6" w:space="0" w:color="D9D6E8"/>
              <w:bottom w:val="single" w:sz="6" w:space="0" w:color="D9D6E8"/>
              <w:right w:val="single" w:sz="6" w:space="0" w:color="D9D6E8"/>
            </w:tcBorders>
            <w:shd w:val="clear" w:color="auto" w:fill="F7F7F7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1A4EC97B" w14:textId="77777777" w:rsidR="00852299" w:rsidRPr="007559E9" w:rsidRDefault="00000000">
            <w:pPr>
              <w:spacing w:after="80"/>
              <w:rPr>
                <w:lang w:val="cs-CZ"/>
              </w:rPr>
            </w:pPr>
            <w:r w:rsidRPr="007559E9">
              <w:rPr>
                <w:rFonts w:cs="Arial"/>
                <w:b/>
                <w:lang w:val="cs-CZ"/>
              </w:rPr>
              <w:t>Pozor</w:t>
            </w:r>
          </w:p>
          <w:p w14:paraId="5B9443DB" w14:textId="08EE987C" w:rsidR="00852299" w:rsidRPr="007559E9" w:rsidRDefault="0000000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sz w:val="20"/>
                <w:lang w:val="cs-CZ"/>
              </w:rPr>
              <w:t xml:space="preserve">Ukázky </w:t>
            </w:r>
            <w:r w:rsidR="009D3A1C">
              <w:rPr>
                <w:rFonts w:cs="Arial"/>
                <w:sz w:val="20"/>
                <w:lang w:val="cs-CZ"/>
              </w:rPr>
              <w:t>nemají</w:t>
            </w:r>
            <w:r w:rsidRPr="007559E9">
              <w:rPr>
                <w:rFonts w:cs="Arial"/>
                <w:sz w:val="20"/>
                <w:lang w:val="cs-CZ"/>
              </w:rPr>
              <w:t xml:space="preserve"> sloužit k přesnému kopírování. Mají pomoci pojmenovat směr a ověřit, zda se hodí ke značce a cíli projektu.</w:t>
            </w:r>
          </w:p>
        </w:tc>
      </w:tr>
    </w:tbl>
    <w:p w14:paraId="1DFFFD31" w14:textId="77777777" w:rsidR="00852299" w:rsidRPr="007559E9" w:rsidRDefault="00852299">
      <w:pPr>
        <w:spacing w:after="40"/>
        <w:rPr>
          <w:lang w:val="cs-CZ"/>
        </w:rPr>
      </w:pPr>
    </w:p>
    <w:p w14:paraId="00A10511" w14:textId="77777777" w:rsidR="00852299" w:rsidRPr="007559E9" w:rsidRDefault="00000000">
      <w:pPr>
        <w:rPr>
          <w:lang w:val="cs-CZ"/>
        </w:rPr>
      </w:pPr>
      <w:r w:rsidRPr="007559E9">
        <w:rPr>
          <w:lang w:val="cs-CZ"/>
        </w:rPr>
        <w:br w:type="page"/>
      </w:r>
    </w:p>
    <w:p w14:paraId="3C4BFC7F" w14:textId="77777777" w:rsidR="00852299" w:rsidRPr="007559E9" w:rsidRDefault="00000000">
      <w:pPr>
        <w:pStyle w:val="Nadpis2"/>
        <w:rPr>
          <w:lang w:val="cs-CZ"/>
        </w:rPr>
      </w:pPr>
      <w:r w:rsidRPr="007559E9">
        <w:rPr>
          <w:lang w:val="cs-CZ"/>
        </w:rPr>
        <w:lastRenderedPageBreak/>
        <w:t>5. Způsob použití</w:t>
      </w:r>
    </w:p>
    <w:p w14:paraId="4A226B21" w14:textId="77777777" w:rsidR="00852299" w:rsidRPr="007559E9" w:rsidRDefault="00000000">
      <w:pPr>
        <w:spacing w:after="40"/>
        <w:rPr>
          <w:lang w:val="cs-CZ"/>
        </w:rPr>
      </w:pPr>
      <w:r w:rsidRPr="007559E9">
        <w:rPr>
          <w:rFonts w:cs="Arial"/>
          <w:b/>
          <w:color w:val="8278B9"/>
          <w:lang w:val="cs-CZ"/>
        </w:rPr>
        <w:t>Co uvést</w:t>
      </w:r>
    </w:p>
    <w:p w14:paraId="2574B1DF" w14:textId="77777777" w:rsidR="00852299" w:rsidRPr="007559E9" w:rsidRDefault="00000000" w:rsidP="009D3A1C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Všechna známá místa a situace použití.</w:t>
      </w:r>
    </w:p>
    <w:p w14:paraId="08D88C89" w14:textId="77777777" w:rsidR="00852299" w:rsidRPr="007559E9" w:rsidRDefault="00000000" w:rsidP="009D3A1C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Rozměry, poměry stran, varianty a jazykové verze.</w:t>
      </w:r>
    </w:p>
    <w:p w14:paraId="7694130C" w14:textId="77777777" w:rsidR="00852299" w:rsidRPr="007559E9" w:rsidRDefault="00000000" w:rsidP="009D3A1C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Požadované výstupní soubory a možnost další editace.</w:t>
      </w:r>
    </w:p>
    <w:p w14:paraId="29ABA4CD" w14:textId="77777777" w:rsidR="00852299" w:rsidRPr="007559E9" w:rsidRDefault="00000000" w:rsidP="009D3A1C">
      <w:pPr>
        <w:pStyle w:val="Seznamsodrkami"/>
        <w:spacing w:after="360"/>
        <w:ind w:left="568" w:hanging="284"/>
        <w:contextualSpacing w:val="0"/>
        <w:rPr>
          <w:lang w:val="cs-CZ"/>
        </w:rPr>
      </w:pPr>
      <w:r w:rsidRPr="007559E9">
        <w:rPr>
          <w:rFonts w:cs="Arial"/>
          <w:lang w:val="cs-CZ"/>
        </w:rPr>
        <w:t>Technické požadavky tiskárny, platformy nebo dodavatele.</w:t>
      </w:r>
    </w:p>
    <w:p w14:paraId="38DE269D" w14:textId="77777777" w:rsidR="00852299" w:rsidRPr="007559E9" w:rsidRDefault="00000000">
      <w:pPr>
        <w:spacing w:before="80" w:after="40"/>
        <w:rPr>
          <w:lang w:val="cs-CZ"/>
        </w:rPr>
      </w:pPr>
      <w:r w:rsidRPr="007559E9">
        <w:rPr>
          <w:rFonts w:cs="Arial"/>
          <w:b/>
          <w:color w:val="8278B9"/>
          <w:lang w:val="cs-CZ"/>
        </w:rPr>
        <w:t>Proč je to důležité</w:t>
      </w:r>
    </w:p>
    <w:p w14:paraId="3D7C1C38" w14:textId="5F3C00F9" w:rsidR="00852299" w:rsidRPr="007559E9" w:rsidRDefault="00000000" w:rsidP="00510535">
      <w:pPr>
        <w:spacing w:after="360"/>
        <w:rPr>
          <w:lang w:val="cs-CZ"/>
        </w:rPr>
      </w:pPr>
      <w:r w:rsidRPr="007559E9">
        <w:rPr>
          <w:rFonts w:cs="Arial"/>
          <w:lang w:val="cs-CZ"/>
        </w:rPr>
        <w:t xml:space="preserve">Způsob použití ovlivňuje čitelnost, formát, barevný režim </w:t>
      </w:r>
      <w:r w:rsidR="00510535">
        <w:rPr>
          <w:rFonts w:cs="Arial"/>
          <w:lang w:val="cs-CZ"/>
        </w:rPr>
        <w:t>a</w:t>
      </w:r>
      <w:r w:rsidRPr="007559E9">
        <w:rPr>
          <w:rFonts w:cs="Arial"/>
          <w:lang w:val="cs-CZ"/>
        </w:rPr>
        <w:t xml:space="preserve"> podobu odevzdaných dat. Pokud se další využití objeví až </w:t>
      </w:r>
      <w:r w:rsidR="00510535">
        <w:rPr>
          <w:rFonts w:cs="Arial"/>
          <w:lang w:val="cs-CZ"/>
        </w:rPr>
        <w:t>po odevzdání návrhů</w:t>
      </w:r>
      <w:r w:rsidRPr="007559E9">
        <w:rPr>
          <w:rFonts w:cs="Arial"/>
          <w:lang w:val="cs-CZ"/>
        </w:rPr>
        <w:t xml:space="preserve">, může být potřeba </w:t>
      </w:r>
      <w:r w:rsidR="00510535">
        <w:rPr>
          <w:rFonts w:cs="Arial"/>
          <w:lang w:val="cs-CZ"/>
        </w:rPr>
        <w:t>vizuál</w:t>
      </w:r>
      <w:r w:rsidRPr="007559E9">
        <w:rPr>
          <w:rFonts w:cs="Arial"/>
          <w:lang w:val="cs-CZ"/>
        </w:rPr>
        <w:t xml:space="preserve"> přizpůsobit nebo vytvořit novou variantu.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30"/>
      </w:tblGrid>
      <w:tr w:rsidR="0002535A" w:rsidRPr="007559E9" w14:paraId="7B9F237C" w14:textId="77777777" w:rsidTr="00510535">
        <w:trPr>
          <w:jc w:val="center"/>
        </w:trPr>
        <w:tc>
          <w:tcPr>
            <w:tcW w:w="9746" w:type="dxa"/>
            <w:tcBorders>
              <w:top w:val="single" w:sz="6" w:space="0" w:color="D9D6E8"/>
              <w:left w:val="single" w:sz="6" w:space="0" w:color="D9D6E8"/>
              <w:bottom w:val="single" w:sz="6" w:space="0" w:color="D9D6E8"/>
              <w:right w:val="single" w:sz="6" w:space="0" w:color="D9D6E8"/>
            </w:tcBorders>
            <w:shd w:val="clear" w:color="auto" w:fill="F1EF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5D53593F" w14:textId="77777777" w:rsidR="00852299" w:rsidRPr="007559E9" w:rsidRDefault="00000000">
            <w:pPr>
              <w:spacing w:after="80"/>
              <w:rPr>
                <w:lang w:val="cs-CZ"/>
              </w:rPr>
            </w:pPr>
            <w:r w:rsidRPr="007559E9">
              <w:rPr>
                <w:rFonts w:cs="Arial"/>
                <w:b/>
                <w:color w:val="8278B9"/>
                <w:lang w:val="cs-CZ"/>
              </w:rPr>
              <w:t>Příklad</w:t>
            </w:r>
          </w:p>
          <w:p w14:paraId="6193BBF9" w14:textId="08125198" w:rsidR="00852299" w:rsidRPr="007559E9" w:rsidRDefault="0000000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sz w:val="20"/>
                <w:lang w:val="cs-CZ"/>
              </w:rPr>
              <w:t xml:space="preserve">Pozvánka se bude posílat e-mailem, sdílet na LinkedIn a tisknout ve formátu A5. Potřebujeme také čtvercovou variantu </w:t>
            </w:r>
            <w:r w:rsidR="00510535">
              <w:rPr>
                <w:rFonts w:cs="Arial"/>
                <w:sz w:val="20"/>
                <w:lang w:val="cs-CZ"/>
              </w:rPr>
              <w:t>pro umístění na webu</w:t>
            </w:r>
            <w:r w:rsidRPr="007559E9">
              <w:rPr>
                <w:rFonts w:cs="Arial"/>
                <w:sz w:val="20"/>
                <w:lang w:val="cs-CZ"/>
              </w:rPr>
              <w:t>.</w:t>
            </w:r>
          </w:p>
        </w:tc>
      </w:tr>
    </w:tbl>
    <w:p w14:paraId="232138B2" w14:textId="77777777" w:rsidR="00852299" w:rsidRPr="007559E9" w:rsidRDefault="00852299">
      <w:pPr>
        <w:spacing w:after="20"/>
        <w:rPr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30"/>
      </w:tblGrid>
      <w:tr w:rsidR="0002535A" w:rsidRPr="007559E9" w14:paraId="61E4C7B5" w14:textId="77777777" w:rsidTr="00510535">
        <w:trPr>
          <w:jc w:val="center"/>
        </w:trPr>
        <w:tc>
          <w:tcPr>
            <w:tcW w:w="9746" w:type="dxa"/>
            <w:tcBorders>
              <w:top w:val="single" w:sz="6" w:space="0" w:color="D9D6E8"/>
              <w:left w:val="single" w:sz="6" w:space="0" w:color="D9D6E8"/>
              <w:bottom w:val="single" w:sz="6" w:space="0" w:color="D9D6E8"/>
              <w:right w:val="single" w:sz="6" w:space="0" w:color="D9D6E8"/>
            </w:tcBorders>
            <w:shd w:val="clear" w:color="auto" w:fill="F7F7F7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4C88C6D3" w14:textId="77777777" w:rsidR="00852299" w:rsidRPr="007559E9" w:rsidRDefault="00000000">
            <w:pPr>
              <w:spacing w:after="80"/>
              <w:rPr>
                <w:lang w:val="cs-CZ"/>
              </w:rPr>
            </w:pPr>
            <w:r w:rsidRPr="007559E9">
              <w:rPr>
                <w:rFonts w:cs="Arial"/>
                <w:b/>
                <w:lang w:val="cs-CZ"/>
              </w:rPr>
              <w:t>Pozor</w:t>
            </w:r>
          </w:p>
          <w:p w14:paraId="36407567" w14:textId="2DDFDA4C" w:rsidR="00852299" w:rsidRPr="007559E9" w:rsidRDefault="0000000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sz w:val="20"/>
                <w:lang w:val="cs-CZ"/>
              </w:rPr>
              <w:t xml:space="preserve">Uveďte všechna známá použití hned na začátku. </w:t>
            </w:r>
            <w:r w:rsidR="00510535">
              <w:rPr>
                <w:rFonts w:cs="Arial"/>
                <w:sz w:val="20"/>
                <w:lang w:val="cs-CZ"/>
              </w:rPr>
              <w:t>Například p</w:t>
            </w:r>
            <w:r w:rsidRPr="007559E9">
              <w:rPr>
                <w:rFonts w:cs="Arial"/>
                <w:sz w:val="20"/>
                <w:lang w:val="cs-CZ"/>
              </w:rPr>
              <w:t xml:space="preserve">řevod z formátu A4 na úzký DL nemusí být jen </w:t>
            </w:r>
            <w:r w:rsidR="00510535">
              <w:rPr>
                <w:rFonts w:cs="Arial"/>
                <w:sz w:val="20"/>
                <w:lang w:val="cs-CZ"/>
              </w:rPr>
              <w:t xml:space="preserve">o </w:t>
            </w:r>
            <w:r w:rsidRPr="007559E9">
              <w:rPr>
                <w:rFonts w:cs="Arial"/>
                <w:sz w:val="20"/>
                <w:lang w:val="cs-CZ"/>
              </w:rPr>
              <w:t>změn</w:t>
            </w:r>
            <w:r w:rsidR="00510535">
              <w:rPr>
                <w:rFonts w:cs="Arial"/>
                <w:sz w:val="20"/>
                <w:lang w:val="cs-CZ"/>
              </w:rPr>
              <w:t>ě</w:t>
            </w:r>
            <w:r w:rsidRPr="007559E9">
              <w:rPr>
                <w:rFonts w:cs="Arial"/>
                <w:sz w:val="20"/>
                <w:lang w:val="cs-CZ"/>
              </w:rPr>
              <w:t xml:space="preserve"> rozměru</w:t>
            </w:r>
            <w:r w:rsidR="00510535">
              <w:rPr>
                <w:rFonts w:cs="Arial"/>
                <w:sz w:val="20"/>
                <w:lang w:val="cs-CZ"/>
              </w:rPr>
              <w:t>, ale i úpravě textů, fotek a celkové kompozice návrhu.</w:t>
            </w:r>
          </w:p>
        </w:tc>
      </w:tr>
    </w:tbl>
    <w:p w14:paraId="20CE5C0C" w14:textId="77777777" w:rsidR="00852299" w:rsidRPr="007559E9" w:rsidRDefault="00852299">
      <w:pPr>
        <w:spacing w:after="40"/>
        <w:rPr>
          <w:lang w:val="cs-CZ"/>
        </w:rPr>
      </w:pPr>
    </w:p>
    <w:p w14:paraId="27AE046A" w14:textId="77777777" w:rsidR="00852299" w:rsidRPr="007559E9" w:rsidRDefault="00000000">
      <w:pPr>
        <w:pStyle w:val="Nadpis2"/>
        <w:rPr>
          <w:lang w:val="cs-CZ"/>
        </w:rPr>
      </w:pPr>
      <w:r w:rsidRPr="007559E9">
        <w:rPr>
          <w:lang w:val="cs-CZ"/>
        </w:rPr>
        <w:t>6. Termín a schvalování</w:t>
      </w:r>
    </w:p>
    <w:p w14:paraId="59EC17FE" w14:textId="77777777" w:rsidR="00852299" w:rsidRPr="007559E9" w:rsidRDefault="00000000">
      <w:pPr>
        <w:spacing w:after="40"/>
        <w:rPr>
          <w:lang w:val="cs-CZ"/>
        </w:rPr>
      </w:pPr>
      <w:r w:rsidRPr="007559E9">
        <w:rPr>
          <w:rFonts w:cs="Arial"/>
          <w:b/>
          <w:color w:val="8278B9"/>
          <w:lang w:val="cs-CZ"/>
        </w:rPr>
        <w:t>Co uvést</w:t>
      </w:r>
    </w:p>
    <w:p w14:paraId="51616209" w14:textId="77777777" w:rsidR="00852299" w:rsidRPr="007559E9" w:rsidRDefault="00000000" w:rsidP="001D6C70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Termín prvního návrhu, připomínek a finálních dat.</w:t>
      </w:r>
    </w:p>
    <w:p w14:paraId="1FFAC94A" w14:textId="77777777" w:rsidR="00852299" w:rsidRPr="007559E9" w:rsidRDefault="00000000" w:rsidP="001D6C70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Osobu, která projekt schvaluje.</w:t>
      </w:r>
    </w:p>
    <w:p w14:paraId="7308E370" w14:textId="77777777" w:rsidR="00852299" w:rsidRPr="007559E9" w:rsidRDefault="00000000" w:rsidP="001D6C70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Člověka, který shromáždí připomínky za ostatní.</w:t>
      </w:r>
    </w:p>
    <w:p w14:paraId="370A2B6F" w14:textId="77777777" w:rsidR="00852299" w:rsidRPr="007559E9" w:rsidRDefault="00000000" w:rsidP="001D6C70">
      <w:pPr>
        <w:pStyle w:val="Seznamsodrkami"/>
        <w:spacing w:after="360"/>
        <w:ind w:left="568" w:hanging="284"/>
        <w:contextualSpacing w:val="0"/>
        <w:rPr>
          <w:lang w:val="cs-CZ"/>
        </w:rPr>
      </w:pPr>
      <w:r w:rsidRPr="007559E9">
        <w:rPr>
          <w:rFonts w:cs="Arial"/>
          <w:lang w:val="cs-CZ"/>
        </w:rPr>
        <w:t>Rozpočet nebo očekávaný rozsah práce, pokud je relevantní.</w:t>
      </w:r>
    </w:p>
    <w:p w14:paraId="1C3122F5" w14:textId="77777777" w:rsidR="00852299" w:rsidRPr="007559E9" w:rsidRDefault="00000000">
      <w:pPr>
        <w:spacing w:before="80" w:after="40"/>
        <w:rPr>
          <w:lang w:val="cs-CZ"/>
        </w:rPr>
      </w:pPr>
      <w:r w:rsidRPr="007559E9">
        <w:rPr>
          <w:rFonts w:cs="Arial"/>
          <w:b/>
          <w:color w:val="8278B9"/>
          <w:lang w:val="cs-CZ"/>
        </w:rPr>
        <w:t>Proč je to důležité</w:t>
      </w:r>
    </w:p>
    <w:p w14:paraId="2416DE7B" w14:textId="77777777" w:rsidR="00852299" w:rsidRPr="007559E9" w:rsidRDefault="00000000" w:rsidP="001D6C70">
      <w:pPr>
        <w:spacing w:after="360"/>
        <w:rPr>
          <w:lang w:val="cs-CZ"/>
        </w:rPr>
      </w:pPr>
      <w:r w:rsidRPr="007559E9">
        <w:rPr>
          <w:rFonts w:cs="Arial"/>
          <w:lang w:val="cs-CZ"/>
        </w:rPr>
        <w:t>Termín finálního odevzdání nestačí, pokud mu předchází několik kol schvalování, dodání textů nebo tisk. Jasné milníky pomáhají naplánovat práci a odhalit, zda je časový rámec reálný.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30"/>
      </w:tblGrid>
      <w:tr w:rsidR="0002535A" w:rsidRPr="007559E9" w14:paraId="01F0E05E" w14:textId="77777777" w:rsidTr="001D6C70">
        <w:trPr>
          <w:jc w:val="center"/>
        </w:trPr>
        <w:tc>
          <w:tcPr>
            <w:tcW w:w="9746" w:type="dxa"/>
            <w:tcBorders>
              <w:top w:val="single" w:sz="6" w:space="0" w:color="D9D6E8"/>
              <w:left w:val="single" w:sz="6" w:space="0" w:color="D9D6E8"/>
              <w:bottom w:val="single" w:sz="6" w:space="0" w:color="D9D6E8"/>
              <w:right w:val="single" w:sz="6" w:space="0" w:color="D9D6E8"/>
            </w:tcBorders>
            <w:shd w:val="clear" w:color="auto" w:fill="F1EF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1C61E77B" w14:textId="77777777" w:rsidR="00852299" w:rsidRPr="007559E9" w:rsidRDefault="00000000">
            <w:pPr>
              <w:spacing w:after="80"/>
              <w:rPr>
                <w:lang w:val="cs-CZ"/>
              </w:rPr>
            </w:pPr>
            <w:r w:rsidRPr="007559E9">
              <w:rPr>
                <w:rFonts w:cs="Arial"/>
                <w:b/>
                <w:color w:val="8278B9"/>
                <w:lang w:val="cs-CZ"/>
              </w:rPr>
              <w:t>Příklad</w:t>
            </w:r>
          </w:p>
          <w:p w14:paraId="72FA2881" w14:textId="77777777" w:rsidR="00852299" w:rsidRPr="007559E9" w:rsidRDefault="0000000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sz w:val="20"/>
                <w:lang w:val="cs-CZ"/>
              </w:rPr>
              <w:t>První návrh potřebujeme do 20. září, finální data do 28. září. Korektury a schvalování řeší Helena.</w:t>
            </w:r>
          </w:p>
        </w:tc>
      </w:tr>
    </w:tbl>
    <w:p w14:paraId="10DC213C" w14:textId="77777777" w:rsidR="00852299" w:rsidRPr="007559E9" w:rsidRDefault="00852299">
      <w:pPr>
        <w:spacing w:after="20"/>
        <w:rPr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30"/>
      </w:tblGrid>
      <w:tr w:rsidR="0002535A" w:rsidRPr="007559E9" w14:paraId="0BEE6D51" w14:textId="77777777" w:rsidTr="001D6C70">
        <w:trPr>
          <w:jc w:val="center"/>
        </w:trPr>
        <w:tc>
          <w:tcPr>
            <w:tcW w:w="9746" w:type="dxa"/>
            <w:tcBorders>
              <w:top w:val="single" w:sz="6" w:space="0" w:color="D9D6E8"/>
              <w:left w:val="single" w:sz="6" w:space="0" w:color="D9D6E8"/>
              <w:bottom w:val="single" w:sz="6" w:space="0" w:color="D9D6E8"/>
              <w:right w:val="single" w:sz="6" w:space="0" w:color="D9D6E8"/>
            </w:tcBorders>
            <w:shd w:val="clear" w:color="auto" w:fill="F7F7F7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67F3BF48" w14:textId="77777777" w:rsidR="00852299" w:rsidRPr="007559E9" w:rsidRDefault="00000000">
            <w:pPr>
              <w:spacing w:after="80"/>
              <w:rPr>
                <w:lang w:val="cs-CZ"/>
              </w:rPr>
            </w:pPr>
            <w:r w:rsidRPr="007559E9">
              <w:rPr>
                <w:rFonts w:cs="Arial"/>
                <w:b/>
                <w:lang w:val="cs-CZ"/>
              </w:rPr>
              <w:t>Pozor</w:t>
            </w:r>
          </w:p>
          <w:p w14:paraId="0CFE1EC0" w14:textId="6DE597A1" w:rsidR="00852299" w:rsidRPr="007559E9" w:rsidRDefault="0000000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sz w:val="20"/>
                <w:lang w:val="cs-CZ"/>
              </w:rPr>
              <w:t>Pokud se k návrhu vyjadřuje více lidí, určete jednu osobu, která jejich připomínky sjednotí. Grafik</w:t>
            </w:r>
            <w:r w:rsidR="00E06879">
              <w:rPr>
                <w:rFonts w:cs="Arial"/>
                <w:sz w:val="20"/>
                <w:lang w:val="cs-CZ"/>
              </w:rPr>
              <w:t> </w:t>
            </w:r>
            <w:r w:rsidRPr="007559E9">
              <w:rPr>
                <w:rFonts w:cs="Arial"/>
                <w:sz w:val="20"/>
                <w:lang w:val="cs-CZ"/>
              </w:rPr>
              <w:t>tak</w:t>
            </w:r>
            <w:r w:rsidR="00E06879">
              <w:rPr>
                <w:rFonts w:cs="Arial"/>
                <w:sz w:val="20"/>
                <w:lang w:val="cs-CZ"/>
              </w:rPr>
              <w:t> </w:t>
            </w:r>
            <w:r w:rsidRPr="007559E9">
              <w:rPr>
                <w:rFonts w:cs="Arial"/>
                <w:sz w:val="20"/>
                <w:lang w:val="cs-CZ"/>
              </w:rPr>
              <w:t>nebude řešit protichůdné pokyny z několika míst.</w:t>
            </w:r>
          </w:p>
        </w:tc>
      </w:tr>
    </w:tbl>
    <w:p w14:paraId="6D134DDA" w14:textId="77777777" w:rsidR="00852299" w:rsidRPr="007559E9" w:rsidRDefault="00000000">
      <w:pPr>
        <w:pStyle w:val="Nadpis1"/>
        <w:rPr>
          <w:lang w:val="cs-CZ"/>
        </w:rPr>
      </w:pPr>
      <w:r w:rsidRPr="007559E9">
        <w:rPr>
          <w:lang w:val="cs-CZ"/>
        </w:rPr>
        <w:lastRenderedPageBreak/>
        <w:t>Co napsat, když si nejste jistí?</w:t>
      </w:r>
    </w:p>
    <w:p w14:paraId="189E8C6C" w14:textId="2B16CCED" w:rsidR="00852299" w:rsidRDefault="00000000" w:rsidP="006C6469">
      <w:pPr>
        <w:spacing w:after="360"/>
        <w:rPr>
          <w:rFonts w:cs="Arial"/>
          <w:lang w:val="cs-CZ"/>
        </w:rPr>
      </w:pPr>
      <w:r w:rsidRPr="007559E9">
        <w:rPr>
          <w:rFonts w:cs="Arial"/>
          <w:lang w:val="cs-CZ"/>
        </w:rPr>
        <w:t>Nemusíte znát ideální formát, přesný počet stran ani technické řešení. Popište potřebu a otevřeně uveďte, s čím potřebujete poradit. Úkolem grafika je pak zjistit podrobnosti, vysvětlit možnosti a</w:t>
      </w:r>
      <w:r w:rsidR="00ED5DE6">
        <w:rPr>
          <w:rFonts w:cs="Arial"/>
          <w:lang w:val="cs-CZ"/>
        </w:rPr>
        <w:t> </w:t>
      </w:r>
      <w:r w:rsidRPr="007559E9">
        <w:rPr>
          <w:rFonts w:cs="Arial"/>
          <w:lang w:val="cs-CZ"/>
        </w:rPr>
        <w:t>doporučit další postup.</w:t>
      </w:r>
    </w:p>
    <w:p w14:paraId="0ADD15D0" w14:textId="4FA20778" w:rsidR="00ED5DE6" w:rsidRPr="00ED5DE6" w:rsidRDefault="00ED5DE6">
      <w:pPr>
        <w:rPr>
          <w:b/>
          <w:bCs/>
          <w:lang w:val="cs-CZ"/>
        </w:rPr>
      </w:pPr>
      <w:r w:rsidRPr="00ED5DE6">
        <w:rPr>
          <w:rFonts w:cs="Arial"/>
          <w:b/>
          <w:bCs/>
          <w:lang w:val="cs-CZ"/>
        </w:rPr>
        <w:t>Napsat do briefu můžete například:</w:t>
      </w:r>
    </w:p>
    <w:p w14:paraId="157DD830" w14:textId="77777777" w:rsidR="00852299" w:rsidRPr="007559E9" w:rsidRDefault="00000000" w:rsidP="00ED5DE6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„Nevím, který formát bude nejvhodnější. Potřebuji, aby se dal materiál posílat e-mailem a vytisknout.“</w:t>
      </w:r>
    </w:p>
    <w:p w14:paraId="17DB71D2" w14:textId="77777777" w:rsidR="00852299" w:rsidRPr="007559E9" w:rsidRDefault="00000000" w:rsidP="00ED5DE6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„Mám několik ukázek, ale nejsem si jistý, zda se hodí k naší značce.“</w:t>
      </w:r>
    </w:p>
    <w:p w14:paraId="58AA4A99" w14:textId="77777777" w:rsidR="00852299" w:rsidRPr="007559E9" w:rsidRDefault="00000000" w:rsidP="00ED5DE6">
      <w:pPr>
        <w:pStyle w:val="Seznamsodrkami"/>
        <w:spacing w:after="40"/>
        <w:ind w:left="568" w:hanging="284"/>
        <w:rPr>
          <w:lang w:val="cs-CZ"/>
        </w:rPr>
      </w:pPr>
      <w:r w:rsidRPr="007559E9">
        <w:rPr>
          <w:rFonts w:cs="Arial"/>
          <w:lang w:val="cs-CZ"/>
        </w:rPr>
        <w:t>„Tiskárna po mně chce technické údaje, kterým nerozumím. Potřebuji pomoct s jejich ověřením.“</w:t>
      </w:r>
    </w:p>
    <w:p w14:paraId="17FCAA19" w14:textId="77777777" w:rsidR="00852299" w:rsidRPr="007559E9" w:rsidRDefault="00000000" w:rsidP="00ED5DE6">
      <w:pPr>
        <w:pStyle w:val="Seznamsodrkami"/>
        <w:spacing w:after="360"/>
        <w:ind w:left="568" w:hanging="284"/>
        <w:contextualSpacing w:val="0"/>
        <w:rPr>
          <w:lang w:val="cs-CZ"/>
        </w:rPr>
      </w:pPr>
      <w:r w:rsidRPr="007559E9">
        <w:rPr>
          <w:rFonts w:cs="Arial"/>
          <w:lang w:val="cs-CZ"/>
        </w:rPr>
        <w:t>„Zatím nevíme, kolik stran bude materiál mít. Potřebujeme poradit, jak informace rozdělit, aby ho bylo možné vytisknout jako brožuru.“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30"/>
      </w:tblGrid>
      <w:tr w:rsidR="0002535A" w:rsidRPr="007559E9" w14:paraId="042BBC8A" w14:textId="77777777" w:rsidTr="006C6469">
        <w:trPr>
          <w:jc w:val="center"/>
        </w:trPr>
        <w:tc>
          <w:tcPr>
            <w:tcW w:w="9746" w:type="dxa"/>
            <w:tcBorders>
              <w:top w:val="single" w:sz="6" w:space="0" w:color="D9D6E8"/>
              <w:left w:val="single" w:sz="6" w:space="0" w:color="D9D6E8"/>
              <w:bottom w:val="single" w:sz="6" w:space="0" w:color="D9D6E8"/>
              <w:right w:val="single" w:sz="6" w:space="0" w:color="D9D6E8"/>
            </w:tcBorders>
            <w:shd w:val="clear" w:color="auto" w:fill="F1EF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531644BE" w14:textId="624C7950" w:rsidR="00852299" w:rsidRPr="007559E9" w:rsidRDefault="006C6469">
            <w:pPr>
              <w:spacing w:after="80"/>
              <w:rPr>
                <w:lang w:val="cs-CZ"/>
              </w:rPr>
            </w:pPr>
            <w:r>
              <w:rPr>
                <w:rFonts w:cs="Arial"/>
                <w:b/>
                <w:color w:val="8278B9"/>
                <w:lang w:val="cs-CZ"/>
              </w:rPr>
              <w:t>TIP 1</w:t>
            </w:r>
            <w:r w:rsidRPr="007559E9">
              <w:rPr>
                <w:rFonts w:cs="Arial"/>
                <w:b/>
                <w:color w:val="8278B9"/>
                <w:lang w:val="cs-CZ"/>
              </w:rPr>
              <w:t>: Nemáte čas brief vypisovat?</w:t>
            </w:r>
          </w:p>
          <w:p w14:paraId="185807B0" w14:textId="77777777" w:rsidR="00852299" w:rsidRPr="007559E9" w:rsidRDefault="0000000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sz w:val="20"/>
                <w:lang w:val="cs-CZ"/>
              </w:rPr>
              <w:t>Odpovědi k jednotlivým bodům si nadiktujte a nechte je pomocí AI uspořádat podle připravené šablony. Před odesláním text zkontrolujte, doplňte konkrétní údaje a ověřte, že nástroj nic důležitého nevynechal ani nedomyslel.</w:t>
            </w:r>
          </w:p>
        </w:tc>
      </w:tr>
    </w:tbl>
    <w:p w14:paraId="1CECA631" w14:textId="77777777" w:rsidR="00852299" w:rsidRPr="007559E9" w:rsidRDefault="00852299">
      <w:pPr>
        <w:rPr>
          <w:lang w:val="cs-CZ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30"/>
      </w:tblGrid>
      <w:tr w:rsidR="0002535A" w:rsidRPr="007559E9" w14:paraId="6F7F7B92" w14:textId="77777777" w:rsidTr="006C6469">
        <w:trPr>
          <w:jc w:val="center"/>
        </w:trPr>
        <w:tc>
          <w:tcPr>
            <w:tcW w:w="9746" w:type="dxa"/>
            <w:tcBorders>
              <w:top w:val="single" w:sz="6" w:space="0" w:color="D9D6E8"/>
              <w:left w:val="single" w:sz="6" w:space="0" w:color="D9D6E8"/>
              <w:bottom w:val="single" w:sz="6" w:space="0" w:color="D9D6E8"/>
              <w:right w:val="single" w:sz="6" w:space="0" w:color="D9D6E8"/>
            </w:tcBorders>
            <w:shd w:val="clear" w:color="auto" w:fill="F1EFF8"/>
            <w:tcMar>
              <w:top w:w="160" w:type="dxa"/>
              <w:left w:w="220" w:type="dxa"/>
              <w:bottom w:w="160" w:type="dxa"/>
              <w:right w:w="220" w:type="dxa"/>
            </w:tcMar>
          </w:tcPr>
          <w:p w14:paraId="3DB07826" w14:textId="117991F2" w:rsidR="00852299" w:rsidRPr="007559E9" w:rsidRDefault="006C6469">
            <w:pPr>
              <w:spacing w:after="80"/>
              <w:rPr>
                <w:lang w:val="cs-CZ"/>
              </w:rPr>
            </w:pPr>
            <w:r>
              <w:rPr>
                <w:rFonts w:cs="Arial"/>
                <w:b/>
                <w:color w:val="8278B9"/>
                <w:lang w:val="cs-CZ"/>
              </w:rPr>
              <w:t>TIP 2</w:t>
            </w:r>
            <w:r w:rsidRPr="007559E9">
              <w:rPr>
                <w:rFonts w:cs="Arial"/>
                <w:b/>
                <w:color w:val="8278B9"/>
                <w:lang w:val="cs-CZ"/>
              </w:rPr>
              <w:t>: Přizpůsobte si brief na míru</w:t>
            </w:r>
          </w:p>
          <w:p w14:paraId="35FE152F" w14:textId="77777777" w:rsidR="00852299" w:rsidRPr="007559E9" w:rsidRDefault="00000000">
            <w:pPr>
              <w:spacing w:after="0"/>
              <w:rPr>
                <w:lang w:val="cs-CZ"/>
              </w:rPr>
            </w:pPr>
            <w:r w:rsidRPr="007559E9">
              <w:rPr>
                <w:rFonts w:cs="Arial"/>
                <w:sz w:val="20"/>
                <w:lang w:val="cs-CZ"/>
              </w:rPr>
              <w:t>Vyškrtejte otázky, které při své spolupráci nepotřebujete, a doplňte opakující se údaje. Pro běžné typy úkolů si vytvořte samostatné šablony a uložte je do aplikace, ve které plánujete práci.</w:t>
            </w:r>
          </w:p>
        </w:tc>
      </w:tr>
    </w:tbl>
    <w:p w14:paraId="08B48588" w14:textId="03B519D6" w:rsidR="00852299" w:rsidRPr="007559E9" w:rsidRDefault="00000000" w:rsidP="006C6469">
      <w:pPr>
        <w:pStyle w:val="Nadpis2"/>
        <w:spacing w:before="840"/>
        <w:rPr>
          <w:lang w:val="cs-CZ"/>
        </w:rPr>
      </w:pPr>
      <w:r w:rsidRPr="007559E9">
        <w:rPr>
          <w:lang w:val="cs-CZ"/>
        </w:rPr>
        <w:t xml:space="preserve">Brief je </w:t>
      </w:r>
      <w:r w:rsidR="006C6469">
        <w:rPr>
          <w:lang w:val="cs-CZ"/>
        </w:rPr>
        <w:t xml:space="preserve">jen </w:t>
      </w:r>
      <w:r w:rsidRPr="007559E9">
        <w:rPr>
          <w:lang w:val="cs-CZ"/>
        </w:rPr>
        <w:t>začátek spolupráce</w:t>
      </w:r>
    </w:p>
    <w:p w14:paraId="10735EB1" w14:textId="189B5F30" w:rsidR="00852299" w:rsidRPr="007559E9" w:rsidRDefault="00000000">
      <w:pPr>
        <w:rPr>
          <w:lang w:val="cs-CZ"/>
        </w:rPr>
      </w:pPr>
      <w:r w:rsidRPr="007559E9">
        <w:rPr>
          <w:rFonts w:cs="Arial"/>
          <w:lang w:val="cs-CZ"/>
        </w:rPr>
        <w:t>Po prvním návrhu na brief navazuje zpětná vazba. Vra</w:t>
      </w:r>
      <w:r w:rsidR="00742778">
        <w:rPr>
          <w:rFonts w:cs="Arial"/>
          <w:lang w:val="cs-CZ"/>
        </w:rPr>
        <w:t>ťte</w:t>
      </w:r>
      <w:r w:rsidRPr="007559E9">
        <w:rPr>
          <w:rFonts w:cs="Arial"/>
          <w:lang w:val="cs-CZ"/>
        </w:rPr>
        <w:t xml:space="preserve"> se při ní k cíli projektu a vysvětl</w:t>
      </w:r>
      <w:r w:rsidR="00742778">
        <w:rPr>
          <w:rFonts w:cs="Arial"/>
          <w:lang w:val="cs-CZ"/>
        </w:rPr>
        <w:t>ete</w:t>
      </w:r>
      <w:r w:rsidRPr="007559E9">
        <w:rPr>
          <w:rFonts w:cs="Arial"/>
          <w:lang w:val="cs-CZ"/>
        </w:rPr>
        <w:t>, co</w:t>
      </w:r>
      <w:r w:rsidR="00B16C35">
        <w:rPr>
          <w:rFonts w:cs="Arial"/>
          <w:lang w:val="cs-CZ"/>
        </w:rPr>
        <w:t> </w:t>
      </w:r>
      <w:r w:rsidRPr="007559E9">
        <w:rPr>
          <w:rFonts w:cs="Arial"/>
          <w:lang w:val="cs-CZ"/>
        </w:rPr>
        <w:t>má</w:t>
      </w:r>
      <w:r w:rsidR="00B16C35">
        <w:rPr>
          <w:rFonts w:cs="Arial"/>
          <w:lang w:val="cs-CZ"/>
        </w:rPr>
        <w:t> </w:t>
      </w:r>
      <w:r w:rsidRPr="007559E9">
        <w:rPr>
          <w:rFonts w:cs="Arial"/>
          <w:lang w:val="cs-CZ"/>
        </w:rPr>
        <w:t>návrh lépe splnit. Čím déle spolu zadavatel a grafik pracují, tím stručnější mohou zadání být. Dobře nastavený začátek</w:t>
      </w:r>
      <w:r w:rsidR="00BE1695">
        <w:rPr>
          <w:rFonts w:cs="Arial"/>
          <w:lang w:val="cs-CZ"/>
        </w:rPr>
        <w:t xml:space="preserve"> spolupráce ji časem</w:t>
      </w:r>
      <w:r w:rsidR="00BC7F37">
        <w:rPr>
          <w:rFonts w:cs="Arial"/>
          <w:lang w:val="cs-CZ"/>
        </w:rPr>
        <w:t xml:space="preserve"> zefektivní a</w:t>
      </w:r>
      <w:r w:rsidR="00BE1695">
        <w:rPr>
          <w:rFonts w:cs="Arial"/>
          <w:lang w:val="cs-CZ"/>
        </w:rPr>
        <w:t xml:space="preserve"> </w:t>
      </w:r>
      <w:r w:rsidR="00D90A7B">
        <w:rPr>
          <w:rFonts w:cs="Arial"/>
          <w:lang w:val="cs-CZ"/>
        </w:rPr>
        <w:t>u</w:t>
      </w:r>
      <w:r w:rsidRPr="007559E9">
        <w:rPr>
          <w:rFonts w:cs="Arial"/>
          <w:lang w:val="cs-CZ"/>
        </w:rPr>
        <w:t>rychlí.</w:t>
      </w:r>
    </w:p>
    <w:sectPr w:rsidR="00852299" w:rsidRPr="007559E9" w:rsidSect="00C83649">
      <w:pgSz w:w="12240" w:h="15840"/>
      <w:pgMar w:top="1021" w:right="1247" w:bottom="1021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3027351">
    <w:abstractNumId w:val="8"/>
  </w:num>
  <w:num w:numId="2" w16cid:durableId="1119647250">
    <w:abstractNumId w:val="6"/>
  </w:num>
  <w:num w:numId="3" w16cid:durableId="499463714">
    <w:abstractNumId w:val="5"/>
  </w:num>
  <w:num w:numId="4" w16cid:durableId="707219808">
    <w:abstractNumId w:val="4"/>
  </w:num>
  <w:num w:numId="5" w16cid:durableId="1610041762">
    <w:abstractNumId w:val="7"/>
  </w:num>
  <w:num w:numId="6" w16cid:durableId="1791779137">
    <w:abstractNumId w:val="3"/>
  </w:num>
  <w:num w:numId="7" w16cid:durableId="741562039">
    <w:abstractNumId w:val="2"/>
  </w:num>
  <w:num w:numId="8" w16cid:durableId="449325128">
    <w:abstractNumId w:val="1"/>
  </w:num>
  <w:num w:numId="9" w16cid:durableId="475681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712"/>
    <w:rsid w:val="0002535A"/>
    <w:rsid w:val="00034616"/>
    <w:rsid w:val="00053B33"/>
    <w:rsid w:val="0006063C"/>
    <w:rsid w:val="000A364E"/>
    <w:rsid w:val="000F7870"/>
    <w:rsid w:val="0015074B"/>
    <w:rsid w:val="001D6C70"/>
    <w:rsid w:val="001E6FF0"/>
    <w:rsid w:val="001F6DC6"/>
    <w:rsid w:val="0029639D"/>
    <w:rsid w:val="00326F90"/>
    <w:rsid w:val="00386D68"/>
    <w:rsid w:val="004D1D08"/>
    <w:rsid w:val="004D4CA6"/>
    <w:rsid w:val="00502D5E"/>
    <w:rsid w:val="00510535"/>
    <w:rsid w:val="00513B00"/>
    <w:rsid w:val="00537E00"/>
    <w:rsid w:val="006C6469"/>
    <w:rsid w:val="007201BE"/>
    <w:rsid w:val="007229E6"/>
    <w:rsid w:val="00742778"/>
    <w:rsid w:val="007559E9"/>
    <w:rsid w:val="00852299"/>
    <w:rsid w:val="008715D7"/>
    <w:rsid w:val="008901C0"/>
    <w:rsid w:val="00930D23"/>
    <w:rsid w:val="00954F00"/>
    <w:rsid w:val="009D3A1C"/>
    <w:rsid w:val="00AA1D8D"/>
    <w:rsid w:val="00B16C35"/>
    <w:rsid w:val="00B37573"/>
    <w:rsid w:val="00B47730"/>
    <w:rsid w:val="00BC7F37"/>
    <w:rsid w:val="00BD66A1"/>
    <w:rsid w:val="00BE1695"/>
    <w:rsid w:val="00C16826"/>
    <w:rsid w:val="00C25A46"/>
    <w:rsid w:val="00C63615"/>
    <w:rsid w:val="00C83649"/>
    <w:rsid w:val="00CA14A4"/>
    <w:rsid w:val="00CB0664"/>
    <w:rsid w:val="00CD055E"/>
    <w:rsid w:val="00CE1E6C"/>
    <w:rsid w:val="00D12761"/>
    <w:rsid w:val="00D136C6"/>
    <w:rsid w:val="00D34FD8"/>
    <w:rsid w:val="00D434E5"/>
    <w:rsid w:val="00D81967"/>
    <w:rsid w:val="00D90A7B"/>
    <w:rsid w:val="00DB18D1"/>
    <w:rsid w:val="00E06879"/>
    <w:rsid w:val="00ED5DE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AEB58D"/>
  <w14:defaultImageDpi w14:val="300"/>
  <w15:docId w15:val="{B1F47A8D-7BF4-4E2D-9E11-FED4509E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E6FF0"/>
    <w:pPr>
      <w:spacing w:after="120" w:line="288" w:lineRule="auto"/>
    </w:pPr>
    <w:rPr>
      <w:rFonts w:ascii="Arial" w:eastAsia="Arial" w:hAnsi="Arial"/>
      <w:color w:val="363636"/>
      <w:sz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8715D7"/>
    <w:pPr>
      <w:keepNext/>
      <w:keepLines/>
      <w:spacing w:before="360" w:after="360"/>
      <w:outlineLvl w:val="0"/>
    </w:pPr>
    <w:rPr>
      <w:rFonts w:eastAsiaTheme="majorEastAsia" w:cstheme="majorBidi"/>
      <w:b/>
      <w:bCs/>
      <w:caps/>
      <w:color w:val="8278B9"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86D68"/>
    <w:pPr>
      <w:keepNext/>
      <w:keepLines/>
      <w:spacing w:before="480" w:after="240"/>
      <w:outlineLvl w:val="1"/>
    </w:pPr>
    <w:rPr>
      <w:rFonts w:eastAsiaTheme="majorEastAsia" w:cstheme="majorBidi"/>
      <w:b/>
      <w:bCs/>
      <w:color w:val="404370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180" w:after="60"/>
      <w:outlineLvl w:val="2"/>
    </w:pPr>
    <w:rPr>
      <w:rFonts w:asciiTheme="majorHAnsi" w:eastAsiaTheme="majorEastAsia" w:hAnsiTheme="majorHAnsi" w:cstheme="majorBidi"/>
      <w:b/>
      <w:bCs/>
      <w:color w:val="8278B9"/>
      <w:sz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8715D7"/>
    <w:rPr>
      <w:rFonts w:ascii="Arial" w:eastAsiaTheme="majorEastAsia" w:hAnsi="Arial" w:cstheme="majorBidi"/>
      <w:b/>
      <w:bCs/>
      <w:caps/>
      <w:color w:val="8278B9"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386D68"/>
    <w:rPr>
      <w:rFonts w:ascii="Arial" w:eastAsiaTheme="majorEastAsia" w:hAnsi="Arial" w:cstheme="majorBidi"/>
      <w:b/>
      <w:bCs/>
      <w:color w:val="404370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keepNext/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8278B9"/>
      <w:spacing w:val="15"/>
      <w:sz w:val="26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  <w:rPr>
      <w:sz w:val="20"/>
    </w:r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apitoly">
    <w:name w:val="Kapitoly"/>
    <w:basedOn w:val="Normln"/>
    <w:link w:val="KapitolyChar"/>
    <w:qFormat/>
    <w:rsid w:val="001E6FF0"/>
    <w:pPr>
      <w:keepNext/>
      <w:spacing w:before="160" w:after="80"/>
    </w:pPr>
    <w:rPr>
      <w:rFonts w:cs="Arial"/>
      <w:b/>
      <w:color w:val="5C79BB"/>
      <w:sz w:val="17"/>
    </w:rPr>
  </w:style>
  <w:style w:type="character" w:customStyle="1" w:styleId="KapitolyChar">
    <w:name w:val="Kapitoly Char"/>
    <w:basedOn w:val="Standardnpsmoodstavce"/>
    <w:link w:val="Kapitoly"/>
    <w:rsid w:val="001E6FF0"/>
    <w:rPr>
      <w:rFonts w:ascii="Arial" w:eastAsia="Arial" w:hAnsi="Arial" w:cs="Arial"/>
      <w:b/>
      <w:color w:val="5C79BB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13</Pages>
  <Words>1483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Šablona briefu pro grafika</vt:lpstr>
      <vt:lpstr/>
    </vt:vector>
  </TitlesOfParts>
  <Manager/>
  <Company/>
  <LinksUpToDate>false</LinksUpToDate>
  <CharactersWithSpaces>10219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Šablona briefu pro grafika</dc:title>
  <dc:subject>Editovatelná šablona zadání pro grafika s průvodcem vyplněním a praktickými příklady.</dc:subject>
  <dc:creator>Kateřina Doleželová</dc:creator>
  <cp:keywords>brief, zadání pro grafika, šablona briefu, grafická spolupráce, Kačka. Grafička.</cp:keywords>
  <dc:description>Připravila Kačka. Grafička. | kackagraficka.cz</dc:description>
  <cp:lastModifiedBy>Kateřina Doleželová</cp:lastModifiedBy>
  <cp:revision>43</cp:revision>
  <dcterms:created xsi:type="dcterms:W3CDTF">2013-12-23T23:15:00Z</dcterms:created>
  <dcterms:modified xsi:type="dcterms:W3CDTF">2026-07-16T06:34:00Z</dcterms:modified>
  <cp:category>Šablony a pracovní materiály</cp:category>
</cp:coreProperties>
</file>